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EEECE1"/>
  <w:body>
    <w:p w14:paraId="73078FE6" w14:textId="77777777" w:rsidR="00B63834" w:rsidRDefault="00B63834">
      <w:pPr>
        <w:pBdr>
          <w:bottom w:val="single" w:sz="24" w:space="1" w:color="1B5E20"/>
        </w:pBdr>
        <w:spacing w:after="1800"/>
      </w:pPr>
    </w:p>
    <w:p w14:paraId="04284CDE" w14:textId="77777777" w:rsidR="00B63834" w:rsidRDefault="00000000">
      <w:pPr>
        <w:jc w:val="center"/>
      </w:pPr>
      <w:r>
        <w:rPr>
          <w:noProof/>
        </w:rPr>
        <w:drawing>
          <wp:inline distT="0" distB="0" distL="0" distR="0" wp14:anchorId="48A5F064" wp14:editId="2103FF6D">
            <wp:extent cx="1051560" cy="1051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_logo.png"/>
                    <pic:cNvPicPr/>
                  </pic:nvPicPr>
                  <pic:blipFill>
                    <a:blip r:embed="rId8"/>
                    <a:stretch>
                      <a:fillRect/>
                    </a:stretch>
                  </pic:blipFill>
                  <pic:spPr>
                    <a:xfrm>
                      <a:off x="0" y="0"/>
                      <a:ext cx="1051560" cy="1051560"/>
                    </a:xfrm>
                    <a:prstGeom prst="rect">
                      <a:avLst/>
                    </a:prstGeom>
                  </pic:spPr>
                </pic:pic>
              </a:graphicData>
            </a:graphic>
          </wp:inline>
        </w:drawing>
      </w:r>
    </w:p>
    <w:p w14:paraId="031B3AE8" w14:textId="77777777" w:rsidR="00B63834" w:rsidRDefault="00000000" w:rsidP="00622619">
      <w:pPr>
        <w:pStyle w:val="Title"/>
      </w:pPr>
      <w:r>
        <w:t>[Title of the Revolution, for example: How Denmark Built the World’s Best Cycling Cities]</w:t>
      </w:r>
    </w:p>
    <w:p w14:paraId="46AF93A6" w14:textId="77777777" w:rsidR="00B63834" w:rsidRDefault="00000000">
      <w:pPr>
        <w:spacing w:before="160"/>
        <w:jc w:val="center"/>
      </w:pPr>
      <w:r>
        <w:t>By [Author Full Name]</w:t>
      </w:r>
    </w:p>
    <w:p w14:paraId="58C01814" w14:textId="77777777" w:rsidR="00B63834" w:rsidRDefault="00000000">
      <w:pPr>
        <w:spacing w:before="40"/>
        <w:jc w:val="center"/>
      </w:pPr>
      <w:r>
        <w:t>[Country or Global]   ·   [Category, for example: Climate, Transit, Health]</w:t>
      </w:r>
    </w:p>
    <w:p w14:paraId="5C68A0C3" w14:textId="77777777" w:rsidR="00B63834" w:rsidRDefault="00000000">
      <w:pPr>
        <w:spacing w:before="40"/>
        <w:jc w:val="center"/>
      </w:pPr>
      <w:r>
        <w:t>[Submission Date]</w:t>
      </w:r>
    </w:p>
    <w:p w14:paraId="34EC4F74" w14:textId="77777777" w:rsidR="00B63834" w:rsidRDefault="00B63834">
      <w:pPr>
        <w:pBdr>
          <w:bottom w:val="single" w:sz="8" w:space="1" w:color="7FBF84"/>
        </w:pBdr>
        <w:spacing w:before="720" w:after="280"/>
      </w:pPr>
    </w:p>
    <w:p w14:paraId="68B0DD38" w14:textId="77777777" w:rsidR="00B63834" w:rsidRDefault="00000000">
      <w:pPr>
        <w:jc w:val="center"/>
      </w:pPr>
      <w:r>
        <w:rPr>
          <w:i/>
          <w:color w:val="5A5A5A"/>
          <w:sz w:val="18"/>
        </w:rPr>
        <w:t>Fill in the bracketed text above. This title page becomes the credit page for your video and CR write-up. Delete this note before submitting.</w:t>
      </w:r>
    </w:p>
    <w:p w14:paraId="6423A381" w14:textId="77777777" w:rsidR="00B63834" w:rsidRDefault="00B63834">
      <w:pPr>
        <w:sectPr w:rsidR="00B63834">
          <w:headerReference w:type="even" r:id="rId9"/>
          <w:headerReference w:type="default" r:id="rId10"/>
          <w:footerReference w:type="even" r:id="rId11"/>
          <w:footerReference w:type="default" r:id="rId12"/>
          <w:headerReference w:type="first" r:id="rId13"/>
          <w:footerReference w:type="first" r:id="rId14"/>
          <w:pgSz w:w="12240" w:h="15840"/>
          <w:pgMar w:top="864" w:right="1440" w:bottom="1440" w:left="1440" w:header="720" w:footer="720" w:gutter="0"/>
          <w:cols w:space="720"/>
          <w:docGrid w:linePitch="360"/>
        </w:sectPr>
      </w:pPr>
    </w:p>
    <w:p w14:paraId="464476DC" w14:textId="77777777" w:rsidR="00B63834" w:rsidRDefault="00000000" w:rsidP="00622619">
      <w:pPr>
        <w:pStyle w:val="Heading1"/>
      </w:pPr>
      <w:r>
        <w:lastRenderedPageBreak/>
        <w:t>Table of Contents</w:t>
      </w:r>
    </w:p>
    <w:p w14:paraId="4630AE90" w14:textId="302361BC" w:rsidR="00600F04" w:rsidRDefault="00000000" w:rsidP="00622619">
      <w:r>
        <w:t>Only needed for a long CR. If your write-up is short, delete this page. Otherwise, right-click the gray box below and choose "Update Field" once your headings are written, and Word will build the list for you automatically.</w:t>
      </w:r>
    </w:p>
    <w:p w14:paraId="54672D83" w14:textId="44A9B1D1" w:rsidR="00622619" w:rsidRDefault="00000000">
      <w:pPr>
        <w:pStyle w:val="TOC1"/>
        <w:tabs>
          <w:tab w:val="right" w:leader="dot" w:pos="9350"/>
        </w:tabs>
        <w:rPr>
          <w:noProof/>
        </w:rPr>
      </w:pPr>
      <w:r>
        <w:fldChar w:fldCharType="begin"/>
      </w:r>
      <w:r>
        <w:instrText xml:space="preserve"> TOC \o "1-3" \h \z \u </w:instrText>
      </w:r>
      <w:r>
        <w:fldChar w:fldCharType="separate"/>
      </w:r>
      <w:hyperlink w:anchor="_Toc238405813" w:history="1">
        <w:r w:rsidR="00622619" w:rsidRPr="000D3A95">
          <w:rPr>
            <w:rStyle w:val="Hyperlink"/>
            <w:noProof/>
          </w:rPr>
          <w:t>Summary</w:t>
        </w:r>
        <w:r w:rsidR="00622619">
          <w:rPr>
            <w:noProof/>
            <w:webHidden/>
          </w:rPr>
          <w:tab/>
        </w:r>
        <w:r w:rsidR="00622619">
          <w:rPr>
            <w:noProof/>
            <w:webHidden/>
          </w:rPr>
          <w:fldChar w:fldCharType="begin"/>
        </w:r>
        <w:r w:rsidR="00622619">
          <w:rPr>
            <w:noProof/>
            <w:webHidden/>
          </w:rPr>
          <w:instrText xml:space="preserve"> PAGEREF _Toc238405813 \h </w:instrText>
        </w:r>
        <w:r w:rsidR="00622619">
          <w:rPr>
            <w:noProof/>
            <w:webHidden/>
          </w:rPr>
        </w:r>
        <w:r w:rsidR="00622619">
          <w:rPr>
            <w:noProof/>
            <w:webHidden/>
          </w:rPr>
          <w:fldChar w:fldCharType="separate"/>
        </w:r>
        <w:r w:rsidR="00622619">
          <w:rPr>
            <w:noProof/>
            <w:webHidden/>
          </w:rPr>
          <w:t>1</w:t>
        </w:r>
        <w:r w:rsidR="00622619">
          <w:rPr>
            <w:noProof/>
            <w:webHidden/>
          </w:rPr>
          <w:fldChar w:fldCharType="end"/>
        </w:r>
      </w:hyperlink>
    </w:p>
    <w:p w14:paraId="1549D914" w14:textId="484D0B34" w:rsidR="00622619" w:rsidRDefault="00622619">
      <w:pPr>
        <w:pStyle w:val="TOC1"/>
        <w:tabs>
          <w:tab w:val="right" w:leader="dot" w:pos="9350"/>
        </w:tabs>
        <w:rPr>
          <w:noProof/>
        </w:rPr>
      </w:pPr>
      <w:hyperlink w:anchor="_Toc238405814" w:history="1">
        <w:r w:rsidRPr="000D3A95">
          <w:rPr>
            <w:rStyle w:val="Hyperlink"/>
            <w:noProof/>
          </w:rPr>
          <w:t>The Problem</w:t>
        </w:r>
        <w:r>
          <w:rPr>
            <w:noProof/>
            <w:webHidden/>
          </w:rPr>
          <w:tab/>
        </w:r>
        <w:r>
          <w:rPr>
            <w:noProof/>
            <w:webHidden/>
          </w:rPr>
          <w:fldChar w:fldCharType="begin"/>
        </w:r>
        <w:r>
          <w:rPr>
            <w:noProof/>
            <w:webHidden/>
          </w:rPr>
          <w:instrText xml:space="preserve"> PAGEREF _Toc238405814 \h </w:instrText>
        </w:r>
        <w:r>
          <w:rPr>
            <w:noProof/>
            <w:webHidden/>
          </w:rPr>
        </w:r>
        <w:r>
          <w:rPr>
            <w:noProof/>
            <w:webHidden/>
          </w:rPr>
          <w:fldChar w:fldCharType="separate"/>
        </w:r>
        <w:r>
          <w:rPr>
            <w:noProof/>
            <w:webHidden/>
          </w:rPr>
          <w:t>1</w:t>
        </w:r>
        <w:r>
          <w:rPr>
            <w:noProof/>
            <w:webHidden/>
          </w:rPr>
          <w:fldChar w:fldCharType="end"/>
        </w:r>
      </w:hyperlink>
    </w:p>
    <w:p w14:paraId="4D19899D" w14:textId="5C2A13C7" w:rsidR="00622619" w:rsidRDefault="00622619">
      <w:pPr>
        <w:pStyle w:val="TOC2"/>
        <w:tabs>
          <w:tab w:val="right" w:leader="dot" w:pos="9350"/>
        </w:tabs>
        <w:rPr>
          <w:noProof/>
        </w:rPr>
      </w:pPr>
      <w:hyperlink w:anchor="_Toc238405815" w:history="1">
        <w:r w:rsidRPr="000D3A95">
          <w:rPr>
            <w:rStyle w:val="Hyperlink"/>
            <w:noProof/>
          </w:rPr>
          <w:t>The Issue</w:t>
        </w:r>
        <w:r>
          <w:rPr>
            <w:noProof/>
            <w:webHidden/>
          </w:rPr>
          <w:tab/>
        </w:r>
        <w:r>
          <w:rPr>
            <w:noProof/>
            <w:webHidden/>
          </w:rPr>
          <w:fldChar w:fldCharType="begin"/>
        </w:r>
        <w:r>
          <w:rPr>
            <w:noProof/>
            <w:webHidden/>
          </w:rPr>
          <w:instrText xml:space="preserve"> PAGEREF _Toc238405815 \h </w:instrText>
        </w:r>
        <w:r>
          <w:rPr>
            <w:noProof/>
            <w:webHidden/>
          </w:rPr>
        </w:r>
        <w:r>
          <w:rPr>
            <w:noProof/>
            <w:webHidden/>
          </w:rPr>
          <w:fldChar w:fldCharType="separate"/>
        </w:r>
        <w:r>
          <w:rPr>
            <w:noProof/>
            <w:webHidden/>
          </w:rPr>
          <w:t>1</w:t>
        </w:r>
        <w:r>
          <w:rPr>
            <w:noProof/>
            <w:webHidden/>
          </w:rPr>
          <w:fldChar w:fldCharType="end"/>
        </w:r>
      </w:hyperlink>
    </w:p>
    <w:p w14:paraId="67C13276" w14:textId="6ACDFE24" w:rsidR="00622619" w:rsidRDefault="00622619">
      <w:pPr>
        <w:pStyle w:val="TOC2"/>
        <w:tabs>
          <w:tab w:val="right" w:leader="dot" w:pos="9350"/>
        </w:tabs>
        <w:rPr>
          <w:noProof/>
        </w:rPr>
      </w:pPr>
      <w:hyperlink w:anchor="_Toc238405816" w:history="1">
        <w:r w:rsidRPr="000D3A95">
          <w:rPr>
            <w:rStyle w:val="Hyperlink"/>
            <w:noProof/>
          </w:rPr>
          <w:t>Who It Affects</w:t>
        </w:r>
        <w:r>
          <w:rPr>
            <w:noProof/>
            <w:webHidden/>
          </w:rPr>
          <w:tab/>
        </w:r>
        <w:r>
          <w:rPr>
            <w:noProof/>
            <w:webHidden/>
          </w:rPr>
          <w:fldChar w:fldCharType="begin"/>
        </w:r>
        <w:r>
          <w:rPr>
            <w:noProof/>
            <w:webHidden/>
          </w:rPr>
          <w:instrText xml:space="preserve"> PAGEREF _Toc238405816 \h </w:instrText>
        </w:r>
        <w:r>
          <w:rPr>
            <w:noProof/>
            <w:webHidden/>
          </w:rPr>
        </w:r>
        <w:r>
          <w:rPr>
            <w:noProof/>
            <w:webHidden/>
          </w:rPr>
          <w:fldChar w:fldCharType="separate"/>
        </w:r>
        <w:r>
          <w:rPr>
            <w:noProof/>
            <w:webHidden/>
          </w:rPr>
          <w:t>1</w:t>
        </w:r>
        <w:r>
          <w:rPr>
            <w:noProof/>
            <w:webHidden/>
          </w:rPr>
          <w:fldChar w:fldCharType="end"/>
        </w:r>
      </w:hyperlink>
    </w:p>
    <w:p w14:paraId="79B9BE51" w14:textId="1A0768F2" w:rsidR="00622619" w:rsidRDefault="00622619">
      <w:pPr>
        <w:pStyle w:val="TOC3"/>
        <w:tabs>
          <w:tab w:val="right" w:leader="dot" w:pos="9350"/>
        </w:tabs>
        <w:rPr>
          <w:noProof/>
        </w:rPr>
      </w:pPr>
      <w:hyperlink w:anchor="_Toc238405817" w:history="1">
        <w:r w:rsidRPr="000D3A95">
          <w:rPr>
            <w:rStyle w:val="Hyperlink"/>
            <w:noProof/>
          </w:rPr>
          <w:t>Regional Breakdown</w:t>
        </w:r>
        <w:r>
          <w:rPr>
            <w:noProof/>
            <w:webHidden/>
          </w:rPr>
          <w:tab/>
        </w:r>
        <w:r>
          <w:rPr>
            <w:noProof/>
            <w:webHidden/>
          </w:rPr>
          <w:fldChar w:fldCharType="begin"/>
        </w:r>
        <w:r>
          <w:rPr>
            <w:noProof/>
            <w:webHidden/>
          </w:rPr>
          <w:instrText xml:space="preserve"> PAGEREF _Toc238405817 \h </w:instrText>
        </w:r>
        <w:r>
          <w:rPr>
            <w:noProof/>
            <w:webHidden/>
          </w:rPr>
        </w:r>
        <w:r>
          <w:rPr>
            <w:noProof/>
            <w:webHidden/>
          </w:rPr>
          <w:fldChar w:fldCharType="separate"/>
        </w:r>
        <w:r>
          <w:rPr>
            <w:noProof/>
            <w:webHidden/>
          </w:rPr>
          <w:t>1</w:t>
        </w:r>
        <w:r>
          <w:rPr>
            <w:noProof/>
            <w:webHidden/>
          </w:rPr>
          <w:fldChar w:fldCharType="end"/>
        </w:r>
      </w:hyperlink>
    </w:p>
    <w:p w14:paraId="65C72761" w14:textId="42899595" w:rsidR="00622619" w:rsidRDefault="00622619">
      <w:pPr>
        <w:pStyle w:val="TOC1"/>
        <w:tabs>
          <w:tab w:val="right" w:leader="dot" w:pos="9350"/>
        </w:tabs>
        <w:rPr>
          <w:noProof/>
        </w:rPr>
      </w:pPr>
      <w:hyperlink w:anchor="_Toc238405818" w:history="1">
        <w:r w:rsidRPr="000D3A95">
          <w:rPr>
            <w:rStyle w:val="Hyperlink"/>
            <w:noProof/>
          </w:rPr>
          <w:t>The Revolution</w:t>
        </w:r>
        <w:r>
          <w:rPr>
            <w:noProof/>
            <w:webHidden/>
          </w:rPr>
          <w:tab/>
        </w:r>
        <w:r>
          <w:rPr>
            <w:noProof/>
            <w:webHidden/>
          </w:rPr>
          <w:fldChar w:fldCharType="begin"/>
        </w:r>
        <w:r>
          <w:rPr>
            <w:noProof/>
            <w:webHidden/>
          </w:rPr>
          <w:instrText xml:space="preserve"> PAGEREF _Toc238405818 \h </w:instrText>
        </w:r>
        <w:r>
          <w:rPr>
            <w:noProof/>
            <w:webHidden/>
          </w:rPr>
        </w:r>
        <w:r>
          <w:rPr>
            <w:noProof/>
            <w:webHidden/>
          </w:rPr>
          <w:fldChar w:fldCharType="separate"/>
        </w:r>
        <w:r>
          <w:rPr>
            <w:noProof/>
            <w:webHidden/>
          </w:rPr>
          <w:t>2</w:t>
        </w:r>
        <w:r>
          <w:rPr>
            <w:noProof/>
            <w:webHidden/>
          </w:rPr>
          <w:fldChar w:fldCharType="end"/>
        </w:r>
      </w:hyperlink>
    </w:p>
    <w:p w14:paraId="243E9B1E" w14:textId="2CEA838B" w:rsidR="00622619" w:rsidRDefault="00622619">
      <w:pPr>
        <w:pStyle w:val="TOC2"/>
        <w:tabs>
          <w:tab w:val="right" w:leader="dot" w:pos="9350"/>
        </w:tabs>
        <w:rPr>
          <w:noProof/>
        </w:rPr>
      </w:pPr>
      <w:hyperlink w:anchor="_Toc238405819" w:history="1">
        <w:r w:rsidRPr="000D3A95">
          <w:rPr>
            <w:rStyle w:val="Hyperlink"/>
            <w:noProof/>
          </w:rPr>
          <w:t>The Best-Case Example</w:t>
        </w:r>
        <w:r>
          <w:rPr>
            <w:noProof/>
            <w:webHidden/>
          </w:rPr>
          <w:tab/>
        </w:r>
        <w:r>
          <w:rPr>
            <w:noProof/>
            <w:webHidden/>
          </w:rPr>
          <w:fldChar w:fldCharType="begin"/>
        </w:r>
        <w:r>
          <w:rPr>
            <w:noProof/>
            <w:webHidden/>
          </w:rPr>
          <w:instrText xml:space="preserve"> PAGEREF _Toc238405819 \h </w:instrText>
        </w:r>
        <w:r>
          <w:rPr>
            <w:noProof/>
            <w:webHidden/>
          </w:rPr>
        </w:r>
        <w:r>
          <w:rPr>
            <w:noProof/>
            <w:webHidden/>
          </w:rPr>
          <w:fldChar w:fldCharType="separate"/>
        </w:r>
        <w:r>
          <w:rPr>
            <w:noProof/>
            <w:webHidden/>
          </w:rPr>
          <w:t>2</w:t>
        </w:r>
        <w:r>
          <w:rPr>
            <w:noProof/>
            <w:webHidden/>
          </w:rPr>
          <w:fldChar w:fldCharType="end"/>
        </w:r>
      </w:hyperlink>
    </w:p>
    <w:p w14:paraId="10D19070" w14:textId="153EFCC0" w:rsidR="00622619" w:rsidRDefault="00622619">
      <w:pPr>
        <w:pStyle w:val="TOC2"/>
        <w:tabs>
          <w:tab w:val="right" w:leader="dot" w:pos="9350"/>
        </w:tabs>
        <w:rPr>
          <w:noProof/>
        </w:rPr>
      </w:pPr>
      <w:hyperlink w:anchor="_Toc238405820" w:history="1">
        <w:r w:rsidRPr="000D3A95">
          <w:rPr>
            <w:rStyle w:val="Hyperlink"/>
            <w:noProof/>
          </w:rPr>
          <w:t>The Solution</w:t>
        </w:r>
        <w:r>
          <w:rPr>
            <w:noProof/>
            <w:webHidden/>
          </w:rPr>
          <w:tab/>
        </w:r>
        <w:r>
          <w:rPr>
            <w:noProof/>
            <w:webHidden/>
          </w:rPr>
          <w:fldChar w:fldCharType="begin"/>
        </w:r>
        <w:r>
          <w:rPr>
            <w:noProof/>
            <w:webHidden/>
          </w:rPr>
          <w:instrText xml:space="preserve"> PAGEREF _Toc238405820 \h </w:instrText>
        </w:r>
        <w:r>
          <w:rPr>
            <w:noProof/>
            <w:webHidden/>
          </w:rPr>
        </w:r>
        <w:r>
          <w:rPr>
            <w:noProof/>
            <w:webHidden/>
          </w:rPr>
          <w:fldChar w:fldCharType="separate"/>
        </w:r>
        <w:r>
          <w:rPr>
            <w:noProof/>
            <w:webHidden/>
          </w:rPr>
          <w:t>2</w:t>
        </w:r>
        <w:r>
          <w:rPr>
            <w:noProof/>
            <w:webHidden/>
          </w:rPr>
          <w:fldChar w:fldCharType="end"/>
        </w:r>
      </w:hyperlink>
    </w:p>
    <w:p w14:paraId="529ED78D" w14:textId="56AFF04E" w:rsidR="00622619" w:rsidRDefault="00622619">
      <w:pPr>
        <w:pStyle w:val="TOC2"/>
        <w:tabs>
          <w:tab w:val="right" w:leader="dot" w:pos="9350"/>
        </w:tabs>
        <w:rPr>
          <w:noProof/>
        </w:rPr>
      </w:pPr>
      <w:hyperlink w:anchor="_Toc238405821" w:history="1">
        <w:r w:rsidRPr="000D3A95">
          <w:rPr>
            <w:rStyle w:val="Hyperlink"/>
            <w:noProof/>
          </w:rPr>
          <w:t>Closing</w:t>
        </w:r>
        <w:r>
          <w:rPr>
            <w:noProof/>
            <w:webHidden/>
          </w:rPr>
          <w:tab/>
        </w:r>
        <w:r>
          <w:rPr>
            <w:noProof/>
            <w:webHidden/>
          </w:rPr>
          <w:fldChar w:fldCharType="begin"/>
        </w:r>
        <w:r>
          <w:rPr>
            <w:noProof/>
            <w:webHidden/>
          </w:rPr>
          <w:instrText xml:space="preserve"> PAGEREF _Toc238405821 \h </w:instrText>
        </w:r>
        <w:r>
          <w:rPr>
            <w:noProof/>
            <w:webHidden/>
          </w:rPr>
        </w:r>
        <w:r>
          <w:rPr>
            <w:noProof/>
            <w:webHidden/>
          </w:rPr>
          <w:fldChar w:fldCharType="separate"/>
        </w:r>
        <w:r>
          <w:rPr>
            <w:noProof/>
            <w:webHidden/>
          </w:rPr>
          <w:t>3</w:t>
        </w:r>
        <w:r>
          <w:rPr>
            <w:noProof/>
            <w:webHidden/>
          </w:rPr>
          <w:fldChar w:fldCharType="end"/>
        </w:r>
      </w:hyperlink>
    </w:p>
    <w:p w14:paraId="7935F038" w14:textId="32C02546" w:rsidR="00B63834" w:rsidRDefault="00000000">
      <w:r>
        <w:fldChar w:fldCharType="end"/>
      </w:r>
    </w:p>
    <w:p w14:paraId="254D9D17" w14:textId="77777777" w:rsidR="00B63834" w:rsidRDefault="00000000">
      <w:r>
        <w:br w:type="page"/>
      </w:r>
    </w:p>
    <w:p w14:paraId="71086FB8" w14:textId="166CD1C5" w:rsidR="00600F04" w:rsidRDefault="00622619" w:rsidP="00622619">
      <w:pPr>
        <w:pStyle w:val="CRFrontHeading"/>
      </w:pPr>
      <w:r>
        <w:lastRenderedPageBreak/>
        <w:t>List of Acronyms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880"/>
        <w:gridCol w:w="6480"/>
      </w:tblGrid>
      <w:tr w:rsidR="00B63834" w14:paraId="2697ED52" w14:textId="77777777">
        <w:trPr>
          <w:jc w:val="center"/>
        </w:trPr>
        <w:tc>
          <w:tcPr>
            <w:tcW w:w="2880" w:type="dxa"/>
            <w:tcBorders>
              <w:top w:val="single" w:sz="6" w:space="0" w:color="1B5E20"/>
              <w:left w:val="single" w:sz="6" w:space="0" w:color="1B5E20"/>
              <w:bottom w:val="single" w:sz="6" w:space="0" w:color="1B5E20"/>
              <w:right w:val="single" w:sz="6" w:space="0" w:color="1B5E20"/>
            </w:tcBorders>
            <w:shd w:val="clear" w:color="auto" w:fill="1B5E20"/>
            <w:tcMar>
              <w:top w:w="150" w:type="dxa"/>
              <w:left w:w="150" w:type="dxa"/>
              <w:bottom w:w="150" w:type="dxa"/>
              <w:right w:w="150" w:type="dxa"/>
            </w:tcMar>
          </w:tcPr>
          <w:p w14:paraId="1264A358" w14:textId="77777777" w:rsidR="00B63834" w:rsidRDefault="00000000">
            <w:pPr>
              <w:pStyle w:val="CRTableHeader"/>
            </w:pPr>
            <w:r>
              <w:t>Acronym</w:t>
            </w:r>
          </w:p>
        </w:tc>
        <w:tc>
          <w:tcPr>
            <w:tcW w:w="6480" w:type="dxa"/>
            <w:tcBorders>
              <w:top w:val="single" w:sz="6" w:space="0" w:color="1B5E20"/>
              <w:left w:val="single" w:sz="6" w:space="0" w:color="1B5E20"/>
              <w:bottom w:val="single" w:sz="6" w:space="0" w:color="1B5E20"/>
              <w:right w:val="single" w:sz="6" w:space="0" w:color="1B5E20"/>
            </w:tcBorders>
            <w:shd w:val="clear" w:color="auto" w:fill="1B5E20"/>
            <w:tcMar>
              <w:top w:w="150" w:type="dxa"/>
              <w:left w:w="150" w:type="dxa"/>
              <w:bottom w:w="150" w:type="dxa"/>
              <w:right w:w="150" w:type="dxa"/>
            </w:tcMar>
          </w:tcPr>
          <w:p w14:paraId="39DB2143" w14:textId="77777777" w:rsidR="00B63834" w:rsidRDefault="00000000">
            <w:pPr>
              <w:pStyle w:val="CRTableHeader"/>
            </w:pPr>
            <w:r>
              <w:t>Full Term</w:t>
            </w:r>
          </w:p>
        </w:tc>
      </w:tr>
      <w:tr w:rsidR="00B63834" w14:paraId="16455259" w14:textId="77777777">
        <w:trPr>
          <w:jc w:val="center"/>
        </w:trPr>
        <w:tc>
          <w:tcPr>
            <w:tcW w:w="2880"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2D781E6F" w14:textId="77777777" w:rsidR="00B63834" w:rsidRPr="00622619" w:rsidRDefault="00000000" w:rsidP="00622619">
            <w:pPr>
              <w:pStyle w:val="CRTableText"/>
            </w:pPr>
            <w:r w:rsidRPr="00622619">
              <w:t>[WHO]</w:t>
            </w:r>
          </w:p>
        </w:tc>
        <w:tc>
          <w:tcPr>
            <w:tcW w:w="6480"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74345247" w14:textId="77777777" w:rsidR="00B63834" w:rsidRPr="00622619" w:rsidRDefault="00000000" w:rsidP="00622619">
            <w:pPr>
              <w:pStyle w:val="CRTableText"/>
            </w:pPr>
            <w:r w:rsidRPr="00622619">
              <w:t>[World Health Organization]</w:t>
            </w:r>
          </w:p>
        </w:tc>
      </w:tr>
      <w:tr w:rsidR="00B63834" w14:paraId="5FA4FEC2" w14:textId="77777777">
        <w:trPr>
          <w:jc w:val="center"/>
        </w:trPr>
        <w:tc>
          <w:tcPr>
            <w:tcW w:w="2880"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7C74F107" w14:textId="77777777" w:rsidR="00B63834" w:rsidRPr="00622619" w:rsidRDefault="00000000" w:rsidP="00622619">
            <w:pPr>
              <w:pStyle w:val="CRTableText"/>
            </w:pPr>
            <w:r w:rsidRPr="00622619">
              <w:t>[EV]</w:t>
            </w:r>
          </w:p>
        </w:tc>
        <w:tc>
          <w:tcPr>
            <w:tcW w:w="6480"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2D4F8B6F" w14:textId="77777777" w:rsidR="00B63834" w:rsidRPr="00622619" w:rsidRDefault="00000000" w:rsidP="00622619">
            <w:pPr>
              <w:pStyle w:val="CRTableText"/>
            </w:pPr>
            <w:r w:rsidRPr="00622619">
              <w:t>[Electric Vehicle]</w:t>
            </w:r>
          </w:p>
        </w:tc>
      </w:tr>
      <w:tr w:rsidR="00B63834" w14:paraId="328BFD28" w14:textId="77777777">
        <w:trPr>
          <w:jc w:val="center"/>
        </w:trPr>
        <w:tc>
          <w:tcPr>
            <w:tcW w:w="2880"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57CE45B9" w14:textId="77777777" w:rsidR="00B63834" w:rsidRPr="00622619" w:rsidRDefault="00000000" w:rsidP="00622619">
            <w:pPr>
              <w:pStyle w:val="CRTableText"/>
            </w:pPr>
            <w:r w:rsidRPr="00622619">
              <w:t>[ ]</w:t>
            </w:r>
          </w:p>
        </w:tc>
        <w:tc>
          <w:tcPr>
            <w:tcW w:w="6480"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1F559D9B" w14:textId="77777777" w:rsidR="00B63834" w:rsidRPr="00622619" w:rsidRDefault="00000000" w:rsidP="00622619">
            <w:pPr>
              <w:pStyle w:val="CRTableText"/>
            </w:pPr>
            <w:r w:rsidRPr="00622619">
              <w:t>[ ]</w:t>
            </w:r>
          </w:p>
        </w:tc>
      </w:tr>
    </w:tbl>
    <w:p w14:paraId="3F7BA3B3" w14:textId="77777777" w:rsidR="00B63834" w:rsidRDefault="00B63834">
      <w:pPr>
        <w:sectPr w:rsidR="00B63834">
          <w:footerReference w:type="default" r:id="rId15"/>
          <w:pgSz w:w="12240" w:h="15840"/>
          <w:pgMar w:top="1440" w:right="1440" w:bottom="1440" w:left="1440" w:header="720" w:footer="720" w:gutter="0"/>
          <w:cols w:space="720"/>
          <w:docGrid w:linePitch="360"/>
        </w:sectPr>
      </w:pPr>
    </w:p>
    <w:p w14:paraId="0543DE67" w14:textId="77777777" w:rsidR="00B63834" w:rsidRDefault="00000000">
      <w:r>
        <w:lastRenderedPageBreak/>
        <w:t>How to Write Your CR</w:t>
      </w:r>
    </w:p>
    <w:p w14:paraId="17B7B6C4" w14:textId="77777777" w:rsidR="00B63834" w:rsidRDefault="00000000">
      <w:r>
        <w:t>Read this page before you start writing. Delete it, along with the Table of Contents and List of Acronyms pages if you are not using them, before you submit.</w:t>
      </w:r>
    </w:p>
    <w:p w14:paraId="7DEB2A28" w14:textId="77777777" w:rsidR="00B63834" w:rsidRDefault="00000000">
      <w:r>
        <w:t>Before you write</w:t>
      </w:r>
    </w:p>
    <w:p w14:paraId="41BD4022" w14:textId="77777777" w:rsidR="00B63834" w:rsidRDefault="00000000" w:rsidP="009C6D41">
      <w:pPr>
        <w:pStyle w:val="ListParagraph"/>
        <w:numPr>
          <w:ilvl w:val="0"/>
          <w:numId w:val="10"/>
        </w:numPr>
      </w:pPr>
      <w:r>
        <w:t>Every CR follows the same shape: Summary, then The Problem, then The Revolution (best-case example, solution, closing). Use Heading 1 for these three sections, and Heading 2, 3 and 4 for anything smaller inside them.</w:t>
      </w:r>
    </w:p>
    <w:p w14:paraId="14523F15" w14:textId="3F8F037A" w:rsidR="00B63834" w:rsidRDefault="00000000" w:rsidP="004A6FB1">
      <w:pPr>
        <w:pStyle w:val="Bulletlist1"/>
        <w:ind w:left="714" w:hanging="357"/>
      </w:pPr>
      <w:r>
        <w:t>Page numbers start on the Summary page, not on the title page, table of contents or acronym list. That is already set up in this template. Do not add your own page numbers.</w:t>
      </w:r>
      <w:r w:rsidR="00665E68">
        <w:tab/>
      </w:r>
    </w:p>
    <w:p w14:paraId="324ABD3B" w14:textId="77777777" w:rsidR="00B63834" w:rsidRDefault="00000000">
      <w:r>
        <w:t>Write in plain English</w:t>
      </w:r>
    </w:p>
    <w:p w14:paraId="784A478A" w14:textId="77777777" w:rsidR="00B63834" w:rsidRDefault="00000000">
      <w:r>
        <w:t>1. Start every paragraph with the point, not the build-up.</w:t>
      </w:r>
    </w:p>
    <w:p w14:paraId="54A7616F" w14:textId="77777777" w:rsidR="00B63834" w:rsidRDefault="00000000">
      <w:r>
        <w:t>Say the conclusion first, then explain it. If a paragraph is about why trees are green, the first sentence should say "Trees are green," not work up to it. See the diagram below for the full pattern.</w:t>
      </w:r>
    </w:p>
    <w:p w14:paraId="3451B32C" w14:textId="77777777" w:rsidR="00B63834" w:rsidRDefault="00000000">
      <w:r>
        <w:t>2. One idea per paragraph.</w:t>
      </w:r>
    </w:p>
    <w:p w14:paraId="3D535C47" w14:textId="77777777" w:rsidR="00B63834" w:rsidRDefault="00000000">
      <w:r>
        <w:t>If you find yourself starting a new idea, start a new paragraph too. Short paragraphs are easier to read on screen.</w:t>
      </w:r>
    </w:p>
    <w:p w14:paraId="4207D999" w14:textId="77777777" w:rsidR="00B63834" w:rsidRDefault="00000000">
      <w:r>
        <w:t>3. Use simple words.</w:t>
      </w:r>
    </w:p>
    <w:p w14:paraId="42339933" w14:textId="77777777" w:rsidR="00B63834" w:rsidRDefault="00000000">
      <w:r>
        <w:t>Write the way you would explain it to a smart friend who does not work in this field. If you need a technical or complicated word, use it, then explain what it means in plain terms right after.</w:t>
      </w:r>
    </w:p>
    <w:p w14:paraId="50891277" w14:textId="77777777" w:rsidR="00B63834" w:rsidRDefault="00000000">
      <w:r>
        <w:t>4. Spell out acronyms on first use.</w:t>
      </w:r>
    </w:p>
    <w:p w14:paraId="35965060" w14:textId="77777777" w:rsidR="00B63834" w:rsidRDefault="00000000">
      <w:r>
        <w:t>The first time you use an acronym, write it in full with the short form in brackets, for example: World Health Organization (WHO). After that you can just write WHO. Add it to the List of Acronyms page too.</w:t>
      </w:r>
    </w:p>
    <w:p w14:paraId="629630FD" w14:textId="77777777" w:rsidR="00B63834" w:rsidRDefault="00000000">
      <w:r>
        <w:t>5. Prefer short sentences and active voice.</w:t>
      </w:r>
    </w:p>
    <w:p w14:paraId="36E24A01" w14:textId="77777777" w:rsidR="00B63834" w:rsidRDefault="00000000">
      <w:r>
        <w:t>Example: "The government cut fuel subsidies in 2019" reads better than "Fuel subsidies were cut by the government in 2019."</w:t>
      </w:r>
    </w:p>
    <w:p w14:paraId="223DD804" w14:textId="77777777" w:rsidR="00B63834" w:rsidRDefault="00000000">
      <w:pPr>
        <w:spacing w:before="200"/>
        <w:jc w:val="center"/>
      </w:pPr>
      <w:r>
        <w:rPr>
          <w:noProof/>
        </w:rPr>
        <w:lastRenderedPageBreak/>
        <w:drawing>
          <wp:inline distT="0" distB="0" distL="0" distR="0" wp14:anchorId="316ABCEF" wp14:editId="66DEE979">
            <wp:extent cx="5760720" cy="34319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graph_anatomy.png"/>
                    <pic:cNvPicPr/>
                  </pic:nvPicPr>
                  <pic:blipFill>
                    <a:blip r:embed="rId16"/>
                    <a:stretch>
                      <a:fillRect/>
                    </a:stretch>
                  </pic:blipFill>
                  <pic:spPr>
                    <a:xfrm>
                      <a:off x="0" y="0"/>
                      <a:ext cx="5760720" cy="3431918"/>
                    </a:xfrm>
                    <a:prstGeom prst="rect">
                      <a:avLst/>
                    </a:prstGeom>
                  </pic:spPr>
                </pic:pic>
              </a:graphicData>
            </a:graphic>
          </wp:inline>
        </w:drawing>
      </w:r>
    </w:p>
    <w:p w14:paraId="3994C827" w14:textId="77777777" w:rsidR="00B63834" w:rsidRDefault="00000000">
      <w:r>
        <w:t>Back up every claim</w:t>
      </w:r>
    </w:p>
    <w:p w14:paraId="1BCF4A93" w14:textId="77777777" w:rsidR="00B63834" w:rsidRDefault="00000000">
      <w:r>
        <w:t>Use real statistics, not vague statements like "many people." Cite every statistic and every direct claim you did not come up with yourself.</w:t>
      </w:r>
    </w:p>
    <w:p w14:paraId="7A6CAB09" w14:textId="77777777" w:rsidR="00B63834" w:rsidRDefault="00000000">
      <w:r>
        <w:t>Footnote format</w:t>
      </w:r>
    </w:p>
    <w:p w14:paraId="35EA7CF8" w14:textId="77777777" w:rsidR="00B63834" w:rsidRDefault="00000000">
      <w:r>
        <w:t>Use Word’s built-in footnotes (References tab, Insert Footnote). Format:</w:t>
      </w:r>
    </w:p>
    <w:p w14:paraId="7FC903F1" w14:textId="77777777" w:rsidR="00B63834" w:rsidRDefault="00000000">
      <w:r>
        <w:t>[Author or Website Name]. [Month Year]. “[Title of the Article or Publication].” [Link]. [Page or section number].</w:t>
      </w:r>
    </w:p>
    <w:p w14:paraId="5DA92A30" w14:textId="77777777" w:rsidR="00B63834" w:rsidRDefault="00000000">
      <w:r>
        <w:t>For the [Link] part: select the word "Link," right-click, choose Hyperlink, and paste the full web address in. Readers then click the single word "Link" instead of a long, messy web address. A working sample is on the next page, in the first footnote. Always test that your links actually open the right page before you submit.</w:t>
      </w:r>
    </w:p>
    <w:p w14:paraId="3DC45405" w14:textId="77777777" w:rsidR="00B63834" w:rsidRDefault="00000000">
      <w:r>
        <w:t>Formatting checklist</w:t>
      </w:r>
    </w:p>
    <w:p w14:paraId="2FD822D4" w14:textId="77777777" w:rsidR="00B63834" w:rsidRDefault="00000000">
      <w:pPr>
        <w:ind w:left="288"/>
      </w:pPr>
      <w:r>
        <w:t>• Every style you need (Heading 1 to 4, Normal, CR Box Heading, CR Box Text, CR Table Text, CR Caption, CR Sources) is already in the Home tab Styles gallery. Select text and click the style.</w:t>
      </w:r>
    </w:p>
    <w:p w14:paraId="11BCDEC8" w14:textId="77777777" w:rsidR="00B63834" w:rsidRDefault="00000000">
      <w:pPr>
        <w:ind w:left="288"/>
      </w:pPr>
      <w:r>
        <w:lastRenderedPageBreak/>
        <w:t>• Keep tables and figures between the two green lines, with the header row green and every source listed underneath.</w:t>
      </w:r>
    </w:p>
    <w:p w14:paraId="15BB683D" w14:textId="77777777" w:rsidR="00B63834" w:rsidRDefault="00000000">
      <w:pPr>
        <w:ind w:left="288"/>
      </w:pPr>
      <w:r>
        <w:t>• Put case studies in the green boxed format so they stand out from body text.</w:t>
      </w:r>
    </w:p>
    <w:p w14:paraId="519AADDF" w14:textId="77777777" w:rsidR="00B63834" w:rsidRDefault="00000000">
      <w:pPr>
        <w:ind w:left="288"/>
      </w:pPr>
      <w:r>
        <w:t>• A ready-to-copy blank box, table and figure are at the very end of this document.</w:t>
      </w:r>
    </w:p>
    <w:p w14:paraId="360D2951" w14:textId="77777777" w:rsidR="00B63834" w:rsidRDefault="00000000">
      <w:pPr>
        <w:ind w:left="288"/>
      </w:pPr>
      <w:r>
        <w:t>• Replace every [bracketed] instruction with your own text, then delete the brackets.</w:t>
      </w:r>
    </w:p>
    <w:p w14:paraId="31F6D215" w14:textId="77777777" w:rsidR="00B63834" w:rsidRDefault="00000000">
      <w:pPr>
        <w:ind w:left="288"/>
      </w:pPr>
      <w:r>
        <w:t>• Before you submit: delete this guide page, and delete the Table of Contents and List of Acronyms pages if you did not use them.</w:t>
      </w:r>
    </w:p>
    <w:p w14:paraId="64E6384F" w14:textId="77777777" w:rsidR="00B63834" w:rsidRDefault="00B63834">
      <w:pPr>
        <w:sectPr w:rsidR="00B63834">
          <w:footerReference w:type="default" r:id="rId17"/>
          <w:pgSz w:w="12240" w:h="15840"/>
          <w:pgMar w:top="1440" w:right="1440" w:bottom="1440" w:left="1440" w:header="720" w:footer="720" w:gutter="0"/>
          <w:cols w:space="720"/>
          <w:docGrid w:linePitch="360"/>
        </w:sectPr>
      </w:pPr>
    </w:p>
    <w:p w14:paraId="6F0B0FE1" w14:textId="77777777" w:rsidR="00B63834" w:rsidRDefault="00000000">
      <w:pPr>
        <w:pStyle w:val="Heading1"/>
      </w:pPr>
      <w:bookmarkStart w:id="0" w:name="_Toc238405813"/>
      <w:r>
        <w:lastRenderedPageBreak/>
        <w:t>Summary</w:t>
      </w:r>
      <w:bookmarkEnd w:id="0"/>
    </w:p>
    <w:p w14:paraId="166D1B22" w14:textId="77777777" w:rsidR="00B63834" w:rsidRDefault="00000000">
      <w:r>
        <w:t>[In 2 to 3 sentences, summarize the issue this CR covers and what the video or write-up will walk through. This is the hook, so make the stakes clear fast.]</w:t>
      </w:r>
    </w:p>
    <w:p w14:paraId="72B6AC82" w14:textId="77777777" w:rsidR="00B63834" w:rsidRDefault="00000000">
      <w:pPr>
        <w:pStyle w:val="Heading1"/>
      </w:pPr>
      <w:bookmarkStart w:id="1" w:name="_Toc238405814"/>
      <w:r>
        <w:t>The Problem</w:t>
      </w:r>
      <w:bookmarkEnd w:id="1"/>
    </w:p>
    <w:p w14:paraId="6504EA2A" w14:textId="77777777" w:rsidR="00B63834" w:rsidRDefault="00000000">
      <w:pPr>
        <w:pStyle w:val="Heading2"/>
      </w:pPr>
      <w:bookmarkStart w:id="2" w:name="_Toc238405815"/>
      <w:r>
        <w:t>The Issue</w:t>
      </w:r>
      <w:bookmarkEnd w:id="2"/>
    </w:p>
    <w:p w14:paraId="08983F87" w14:textId="77777777" w:rsidR="00B63834" w:rsidRDefault="00000000">
      <w:r>
        <w:t>[Describe the problem in depth. What is happening, where, and since when?]</w:t>
      </w:r>
    </w:p>
    <w:p w14:paraId="53C9D198" w14:textId="77777777" w:rsidR="00B63834" w:rsidRDefault="00000000">
      <w:pPr>
        <w:pStyle w:val="Heading2"/>
      </w:pPr>
      <w:bookmarkStart w:id="3" w:name="_Toc238405816"/>
      <w:r>
        <w:t>Who It Affects</w:t>
      </w:r>
      <w:bookmarkEnd w:id="3"/>
    </w:p>
    <w:p w14:paraId="007A8CDD" w14:textId="77777777" w:rsidR="00B63834" w:rsidRDefault="00000000">
      <w:r>
        <w:t>[Name the countries, regions or groups of people facing this issue and why it matters to them. Back claims with statistics and cite every one.]</w:t>
      </w:r>
      <w:r>
        <w:footnoteReference w:id="1"/>
      </w:r>
    </w:p>
    <w:p w14:paraId="787AA930" w14:textId="77777777" w:rsidR="00B63834" w:rsidRDefault="00000000">
      <w:pPr>
        <w:pStyle w:val="Heading3"/>
      </w:pPr>
      <w:bookmarkStart w:id="4" w:name="_Toc238405817"/>
      <w:r>
        <w:t>Regional Breakdown</w:t>
      </w:r>
      <w:bookmarkEnd w:id="4"/>
    </w:p>
    <w:p w14:paraId="14B98B68" w14:textId="77777777" w:rsidR="00B63834" w:rsidRDefault="00000000">
      <w:r>
        <w:t>[Optional: break the impact down by region or demographic if it varies significantly.]</w:t>
      </w:r>
    </w:p>
    <w:p w14:paraId="2D25C21D" w14:textId="77777777" w:rsidR="00B63834" w:rsidRDefault="00000000">
      <w:pPr>
        <w:pStyle w:val="Heading4"/>
      </w:pPr>
      <w:r>
        <w:t>Key Data Point</w:t>
      </w:r>
    </w:p>
    <w:p w14:paraId="1C94A841" w14:textId="77777777" w:rsidR="00B63834" w:rsidRDefault="00000000">
      <w:r>
        <w:t>[A single striking statistic that anchors the section, for example: X% of Y in Z by 2030.]</w:t>
      </w:r>
      <w:r>
        <w:footnoteReference w:id="2"/>
      </w:r>
    </w:p>
    <w:p w14:paraId="0E0797AA" w14:textId="77777777" w:rsidR="00B63834" w:rsidRDefault="00B63834">
      <w:pPr>
        <w:pBdr>
          <w:bottom w:val="single" w:sz="18" w:space="1" w:color="1B5E20"/>
        </w:pBdr>
        <w:spacing w:before="120" w:after="120"/>
      </w:pPr>
    </w:p>
    <w:p w14:paraId="54520443" w14:textId="77777777" w:rsidR="00B63834" w:rsidRDefault="00000000">
      <w:r>
        <w:t>Table 1. [Short table title, for example: Emissions by sector, 2025]</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168"/>
        <w:gridCol w:w="3096"/>
        <w:gridCol w:w="3096"/>
      </w:tblGrid>
      <w:tr w:rsidR="00B63834" w14:paraId="5ED09520" w14:textId="77777777">
        <w:trPr>
          <w:jc w:val="center"/>
        </w:trPr>
        <w:tc>
          <w:tcPr>
            <w:tcW w:w="3168" w:type="dxa"/>
            <w:tcBorders>
              <w:top w:val="single" w:sz="6" w:space="0" w:color="1B5E20"/>
              <w:left w:val="single" w:sz="6" w:space="0" w:color="1B5E20"/>
              <w:bottom w:val="single" w:sz="6" w:space="0" w:color="1B5E20"/>
              <w:right w:val="single" w:sz="6" w:space="0" w:color="1B5E20"/>
            </w:tcBorders>
            <w:shd w:val="clear" w:color="auto" w:fill="1B5E20"/>
            <w:tcMar>
              <w:top w:w="150" w:type="dxa"/>
              <w:left w:w="150" w:type="dxa"/>
              <w:bottom w:w="150" w:type="dxa"/>
              <w:right w:w="150" w:type="dxa"/>
            </w:tcMar>
          </w:tcPr>
          <w:p w14:paraId="697A5E52" w14:textId="77777777" w:rsidR="00B63834" w:rsidRDefault="00000000">
            <w:pPr>
              <w:pStyle w:val="CRTableHeader"/>
            </w:pPr>
            <w:r>
              <w:t>[Category]</w:t>
            </w:r>
          </w:p>
        </w:tc>
        <w:tc>
          <w:tcPr>
            <w:tcW w:w="3096" w:type="dxa"/>
            <w:tcBorders>
              <w:top w:val="single" w:sz="6" w:space="0" w:color="1B5E20"/>
              <w:left w:val="single" w:sz="6" w:space="0" w:color="1B5E20"/>
              <w:bottom w:val="single" w:sz="6" w:space="0" w:color="1B5E20"/>
              <w:right w:val="single" w:sz="6" w:space="0" w:color="1B5E20"/>
            </w:tcBorders>
            <w:shd w:val="clear" w:color="auto" w:fill="1B5E20"/>
            <w:tcMar>
              <w:top w:w="150" w:type="dxa"/>
              <w:left w:w="150" w:type="dxa"/>
              <w:bottom w:w="150" w:type="dxa"/>
              <w:right w:w="150" w:type="dxa"/>
            </w:tcMar>
          </w:tcPr>
          <w:p w14:paraId="168163C8" w14:textId="77777777" w:rsidR="00B63834" w:rsidRDefault="00000000">
            <w:pPr>
              <w:pStyle w:val="CRTableHeader"/>
            </w:pPr>
            <w:r>
              <w:t>[Metric]</w:t>
            </w:r>
          </w:p>
        </w:tc>
        <w:tc>
          <w:tcPr>
            <w:tcW w:w="3096" w:type="dxa"/>
            <w:tcBorders>
              <w:top w:val="single" w:sz="6" w:space="0" w:color="1B5E20"/>
              <w:left w:val="single" w:sz="6" w:space="0" w:color="1B5E20"/>
              <w:bottom w:val="single" w:sz="6" w:space="0" w:color="1B5E20"/>
              <w:right w:val="single" w:sz="6" w:space="0" w:color="1B5E20"/>
            </w:tcBorders>
            <w:shd w:val="clear" w:color="auto" w:fill="1B5E20"/>
            <w:tcMar>
              <w:top w:w="150" w:type="dxa"/>
              <w:left w:w="150" w:type="dxa"/>
              <w:bottom w:w="150" w:type="dxa"/>
              <w:right w:w="150" w:type="dxa"/>
            </w:tcMar>
          </w:tcPr>
          <w:p w14:paraId="7CDDAA06" w14:textId="77777777" w:rsidR="00B63834" w:rsidRDefault="00000000">
            <w:pPr>
              <w:pStyle w:val="CRTableHeader"/>
            </w:pPr>
            <w:r>
              <w:t>[Metric]</w:t>
            </w:r>
          </w:p>
        </w:tc>
      </w:tr>
      <w:tr w:rsidR="00B63834" w14:paraId="423515E0" w14:textId="77777777">
        <w:trPr>
          <w:jc w:val="center"/>
        </w:trPr>
        <w:tc>
          <w:tcPr>
            <w:tcW w:w="3168"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02F5CA84" w14:textId="77777777" w:rsidR="00B63834" w:rsidRDefault="00000000">
            <w:pPr>
              <w:pStyle w:val="CRTableText"/>
            </w:pPr>
            <w:r>
              <w:t>[Row label]</w:t>
            </w:r>
          </w:p>
        </w:tc>
        <w:tc>
          <w:tcPr>
            <w:tcW w:w="3096"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2A66CDEC" w14:textId="77777777" w:rsidR="00B63834" w:rsidRDefault="00000000">
            <w:pPr>
              <w:pStyle w:val="CRTableText"/>
            </w:pPr>
            <w:r>
              <w:t>[Value]</w:t>
            </w:r>
          </w:p>
        </w:tc>
        <w:tc>
          <w:tcPr>
            <w:tcW w:w="3096"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44F69168" w14:textId="77777777" w:rsidR="00B63834" w:rsidRDefault="00000000">
            <w:pPr>
              <w:pStyle w:val="CRTableText"/>
            </w:pPr>
            <w:r>
              <w:t>[Value]</w:t>
            </w:r>
          </w:p>
        </w:tc>
      </w:tr>
      <w:tr w:rsidR="00B63834" w14:paraId="0308EE4D" w14:textId="77777777">
        <w:trPr>
          <w:jc w:val="center"/>
        </w:trPr>
        <w:tc>
          <w:tcPr>
            <w:tcW w:w="3168"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09951D14" w14:textId="77777777" w:rsidR="00B63834" w:rsidRDefault="00000000">
            <w:pPr>
              <w:pStyle w:val="CRTableText"/>
            </w:pPr>
            <w:r>
              <w:t>[Row label]</w:t>
            </w:r>
          </w:p>
        </w:tc>
        <w:tc>
          <w:tcPr>
            <w:tcW w:w="3096"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38892E8E" w14:textId="77777777" w:rsidR="00B63834" w:rsidRDefault="00000000">
            <w:pPr>
              <w:pStyle w:val="CRTableText"/>
            </w:pPr>
            <w:r>
              <w:t>[Value]</w:t>
            </w:r>
          </w:p>
        </w:tc>
        <w:tc>
          <w:tcPr>
            <w:tcW w:w="3096"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01CBD076" w14:textId="77777777" w:rsidR="00B63834" w:rsidRDefault="00000000">
            <w:pPr>
              <w:pStyle w:val="CRTableText"/>
            </w:pPr>
            <w:r>
              <w:t>[Value]</w:t>
            </w:r>
          </w:p>
        </w:tc>
      </w:tr>
      <w:tr w:rsidR="00B63834" w14:paraId="3CC2E66C" w14:textId="77777777">
        <w:trPr>
          <w:jc w:val="center"/>
        </w:trPr>
        <w:tc>
          <w:tcPr>
            <w:tcW w:w="3168"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08AAB2A1" w14:textId="77777777" w:rsidR="00B63834" w:rsidRDefault="00000000">
            <w:pPr>
              <w:pStyle w:val="CRTableText"/>
            </w:pPr>
            <w:r>
              <w:lastRenderedPageBreak/>
              <w:t>[Row label]</w:t>
            </w:r>
          </w:p>
        </w:tc>
        <w:tc>
          <w:tcPr>
            <w:tcW w:w="3096"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17938CDF" w14:textId="77777777" w:rsidR="00B63834" w:rsidRDefault="00000000">
            <w:pPr>
              <w:pStyle w:val="CRTableText"/>
            </w:pPr>
            <w:r>
              <w:t>[Value]</w:t>
            </w:r>
          </w:p>
        </w:tc>
        <w:tc>
          <w:tcPr>
            <w:tcW w:w="3096"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129016AF" w14:textId="77777777" w:rsidR="00B63834" w:rsidRDefault="00000000">
            <w:pPr>
              <w:pStyle w:val="CRTableText"/>
            </w:pPr>
            <w:r>
              <w:t>[Value]</w:t>
            </w:r>
          </w:p>
        </w:tc>
      </w:tr>
    </w:tbl>
    <w:p w14:paraId="1C0EA362" w14:textId="77777777" w:rsidR="00B63834" w:rsidRDefault="00000000">
      <w:pPr>
        <w:pStyle w:val="CRSources"/>
      </w:pPr>
      <w:r>
        <w:t>Sources: [Author or Website Name]. [Month Year]. “[Title of Article or Publication].” [Page or section number].</w:t>
      </w:r>
    </w:p>
    <w:p w14:paraId="789EA850" w14:textId="77777777" w:rsidR="00B63834" w:rsidRDefault="00B63834">
      <w:pPr>
        <w:pBdr>
          <w:bottom w:val="single" w:sz="18" w:space="1" w:color="1B5E20"/>
        </w:pBdr>
        <w:spacing w:before="120" w:after="120"/>
      </w:pPr>
    </w:p>
    <w:tbl>
      <w:tblPr>
        <w:tblW w:w="0" w:type="auto"/>
        <w:jc w:val="center"/>
        <w:tblLayout w:type="fixed"/>
        <w:tblLook w:val="04A0" w:firstRow="1" w:lastRow="0" w:firstColumn="1" w:lastColumn="0" w:noHBand="0" w:noVBand="1"/>
      </w:tblPr>
      <w:tblGrid>
        <w:gridCol w:w="9360"/>
      </w:tblGrid>
      <w:tr w:rsidR="00B63834" w14:paraId="7AC56497" w14:textId="77777777">
        <w:trPr>
          <w:jc w:val="center"/>
        </w:trPr>
        <w:tc>
          <w:tcPr>
            <w:tcW w:w="9360" w:type="dxa"/>
            <w:tcBorders>
              <w:top w:val="single" w:sz="10" w:space="0" w:color="1B5E20"/>
              <w:left w:val="single" w:sz="10" w:space="0" w:color="1B5E20"/>
              <w:bottom w:val="single" w:sz="10" w:space="0" w:color="1B5E20"/>
              <w:right w:val="single" w:sz="10" w:space="0" w:color="1B5E20"/>
            </w:tcBorders>
            <w:tcMar>
              <w:top w:w="220" w:type="dxa"/>
              <w:left w:w="220" w:type="dxa"/>
              <w:bottom w:w="220" w:type="dxa"/>
              <w:right w:w="220" w:type="dxa"/>
            </w:tcMar>
          </w:tcPr>
          <w:p w14:paraId="79ABEA5D" w14:textId="77777777" w:rsidR="00B63834" w:rsidRDefault="00000000">
            <w:pPr>
              <w:pStyle w:val="CRBoxHeading"/>
            </w:pPr>
            <w:r>
              <w:t>CASE STUDY: [Short case study title]</w:t>
            </w:r>
          </w:p>
          <w:p w14:paraId="534AE1CD" w14:textId="77777777" w:rsidR="00B63834" w:rsidRDefault="00000000">
            <w:pPr>
              <w:pStyle w:val="CRBoxText"/>
            </w:pPr>
            <w:r>
              <w:t>[1 to 2 short paragraphs describing a real, specific example of the problem, such as a person, city or event. Cite sources inline as footnotes just like body text.]</w:t>
            </w:r>
          </w:p>
        </w:tc>
      </w:tr>
    </w:tbl>
    <w:p w14:paraId="01B0DD03" w14:textId="77777777" w:rsidR="00B63834" w:rsidRDefault="00B63834">
      <w:pPr>
        <w:spacing w:after="80"/>
      </w:pPr>
    </w:p>
    <w:p w14:paraId="791B5BA2" w14:textId="77777777" w:rsidR="00B63834" w:rsidRDefault="00000000">
      <w:pPr>
        <w:pStyle w:val="Heading1"/>
      </w:pPr>
      <w:bookmarkStart w:id="5" w:name="_Toc238405818"/>
      <w:r>
        <w:t>The Revolution</w:t>
      </w:r>
      <w:bookmarkEnd w:id="5"/>
    </w:p>
    <w:p w14:paraId="299741C1" w14:textId="77777777" w:rsidR="00B63834" w:rsidRDefault="00000000">
      <w:pPr>
        <w:pStyle w:val="Heading2"/>
      </w:pPr>
      <w:bookmarkStart w:id="6" w:name="_Toc238405819"/>
      <w:r>
        <w:t>The Best-Case Example</w:t>
      </w:r>
      <w:bookmarkEnd w:id="6"/>
    </w:p>
    <w:p w14:paraId="2AC242BC" w14:textId="77777777" w:rsidR="00B63834" w:rsidRDefault="00000000">
      <w:r>
        <w:t>[Pick the country or place that has handled this issue best. Explain what they did, how it worked, and why, with data.]</w:t>
      </w:r>
      <w:r>
        <w:footnoteReference w:id="3"/>
      </w:r>
    </w:p>
    <w:p w14:paraId="7986F3EB" w14:textId="77777777" w:rsidR="00B63834" w:rsidRDefault="00B63834">
      <w:pPr>
        <w:pBdr>
          <w:bottom w:val="single" w:sz="18" w:space="1" w:color="1B5E20"/>
        </w:pBdr>
        <w:spacing w:before="120" w:after="120"/>
      </w:pPr>
    </w:p>
    <w:p w14:paraId="49488577" w14:textId="77777777" w:rsidR="00B63834" w:rsidRDefault="00000000">
      <w:r>
        <w:t>Figure 1. [Short chart title, for example: EV uptake vs. policy timeline]</w:t>
      </w:r>
    </w:p>
    <w:p w14:paraId="7E35133F" w14:textId="77777777" w:rsidR="00B63834" w:rsidRDefault="00000000">
      <w:pPr>
        <w:spacing w:before="200"/>
        <w:jc w:val="center"/>
      </w:pPr>
      <w:r>
        <w:rPr>
          <w:i/>
          <w:color w:val="4E6B52"/>
          <w:sz w:val="22"/>
        </w:rPr>
        <w:t>[Insert chart, graph or photo here]</w:t>
      </w:r>
    </w:p>
    <w:p w14:paraId="5530631A" w14:textId="77777777" w:rsidR="00B63834" w:rsidRDefault="00000000">
      <w:pPr>
        <w:jc w:val="center"/>
      </w:pPr>
      <w:r>
        <w:rPr>
          <w:i/>
          <w:color w:val="4E6B52"/>
          <w:sz w:val="20"/>
        </w:rPr>
        <w:t>[If using a chart from an outside source, cite it in Sources below. If it is your own chart built from data, cite the data source instead.]</w:t>
      </w:r>
    </w:p>
    <w:p w14:paraId="3C56C904" w14:textId="77777777" w:rsidR="00B63834" w:rsidRDefault="00000000">
      <w:pPr>
        <w:pStyle w:val="CRSources"/>
      </w:pPr>
      <w:r>
        <w:t>Sources: [Author or Website Name]. [Month Year]. “[Title of Article or Publication].” [Page or section number].</w:t>
      </w:r>
    </w:p>
    <w:p w14:paraId="686A7FDC" w14:textId="77777777" w:rsidR="00B63834" w:rsidRDefault="00B63834">
      <w:pPr>
        <w:pBdr>
          <w:bottom w:val="single" w:sz="18" w:space="1" w:color="1B5E20"/>
        </w:pBdr>
        <w:spacing w:before="120" w:after="120"/>
      </w:pPr>
    </w:p>
    <w:p w14:paraId="58B7F9DB" w14:textId="77777777" w:rsidR="00B63834" w:rsidRDefault="00000000">
      <w:pPr>
        <w:pStyle w:val="Heading2"/>
      </w:pPr>
      <w:bookmarkStart w:id="7" w:name="_Toc238405820"/>
      <w:r>
        <w:t>The Solution</w:t>
      </w:r>
      <w:bookmarkEnd w:id="7"/>
    </w:p>
    <w:p w14:paraId="24F925B8" w14:textId="77777777" w:rsidR="00B63834" w:rsidRDefault="00000000">
      <w:r>
        <w:t>[How can this best-case approach be applied elsewhere, in one country or globally? What would implementation look like, what impact should be expected, and what needs to happen: what pressure on government, what public discussion, what first steps.]</w:t>
      </w:r>
    </w:p>
    <w:p w14:paraId="0528D18C" w14:textId="77777777" w:rsidR="00B63834" w:rsidRDefault="00000000">
      <w:pPr>
        <w:pStyle w:val="Heading2"/>
      </w:pPr>
      <w:bookmarkStart w:id="8" w:name="_Toc238405821"/>
      <w:r>
        <w:lastRenderedPageBreak/>
        <w:t>Closing</w:t>
      </w:r>
      <w:bookmarkEnd w:id="8"/>
    </w:p>
    <w:p w14:paraId="09FBA933" w14:textId="77777777" w:rsidR="00B63834" w:rsidRDefault="00000000">
      <w:r>
        <w:t>[Summarize the issue and the solution in 2 to 3 sentences. End by inspiring the reader or viewer to act: what can an individual, a community or a government do right now.]</w:t>
      </w:r>
    </w:p>
    <w:p w14:paraId="1696CBFE" w14:textId="77777777" w:rsidR="00B63834" w:rsidRDefault="00000000">
      <w:r>
        <w:br w:type="page"/>
      </w:r>
    </w:p>
    <w:p w14:paraId="321C872C" w14:textId="77777777" w:rsidR="00B63834" w:rsidRDefault="00000000">
      <w:pPr>
        <w:pStyle w:val="Heading4"/>
      </w:pPr>
      <w:r>
        <w:lastRenderedPageBreak/>
        <w:t>Reusable blocks: copy and paste as needed</w:t>
      </w:r>
    </w:p>
    <w:p w14:paraId="0B7A69CC" w14:textId="77777777" w:rsidR="00B63834" w:rsidRDefault="00000000">
      <w:r>
        <w:t>Copy any block below whenever you need an extra box, table or figure.</w:t>
      </w:r>
    </w:p>
    <w:p w14:paraId="27331D69" w14:textId="77777777" w:rsidR="007E1F52" w:rsidRDefault="007E1F52"/>
    <w:tbl>
      <w:tblPr>
        <w:tblW w:w="0" w:type="auto"/>
        <w:jc w:val="center"/>
        <w:tblLayout w:type="fixed"/>
        <w:tblLook w:val="04A0" w:firstRow="1" w:lastRow="0" w:firstColumn="1" w:lastColumn="0" w:noHBand="0" w:noVBand="1"/>
      </w:tblPr>
      <w:tblGrid>
        <w:gridCol w:w="9360"/>
      </w:tblGrid>
      <w:tr w:rsidR="00B63834" w14:paraId="4147F04B" w14:textId="77777777">
        <w:trPr>
          <w:jc w:val="center"/>
        </w:trPr>
        <w:tc>
          <w:tcPr>
            <w:tcW w:w="9360" w:type="dxa"/>
            <w:tcBorders>
              <w:top w:val="single" w:sz="10" w:space="0" w:color="1B5E20"/>
              <w:left w:val="single" w:sz="10" w:space="0" w:color="1B5E20"/>
              <w:bottom w:val="single" w:sz="10" w:space="0" w:color="1B5E20"/>
              <w:right w:val="single" w:sz="10" w:space="0" w:color="1B5E20"/>
            </w:tcBorders>
            <w:tcMar>
              <w:top w:w="220" w:type="dxa"/>
              <w:left w:w="220" w:type="dxa"/>
              <w:bottom w:w="220" w:type="dxa"/>
              <w:right w:w="220" w:type="dxa"/>
            </w:tcMar>
          </w:tcPr>
          <w:p w14:paraId="72395D2C" w14:textId="3E2260D6" w:rsidR="00B63834" w:rsidRDefault="00000000">
            <w:pPr>
              <w:pStyle w:val="CRBoxHeading"/>
            </w:pPr>
            <w:r>
              <w:t>CASE STUDY</w:t>
            </w:r>
            <w:r w:rsidR="007E1F52">
              <w:t xml:space="preserve"> </w:t>
            </w:r>
            <w:fldSimple w:instr=" SEQ tables "/>
            <w:r>
              <w:t>: [Case study title]</w:t>
            </w:r>
          </w:p>
          <w:p w14:paraId="1DB84551" w14:textId="77777777" w:rsidR="00B63834" w:rsidRDefault="00000000">
            <w:pPr>
              <w:pStyle w:val="CRBoxText"/>
            </w:pPr>
            <w:r>
              <w:t>[Case study text.]</w:t>
            </w:r>
          </w:p>
        </w:tc>
      </w:tr>
    </w:tbl>
    <w:p w14:paraId="7FDA4C1A" w14:textId="77777777" w:rsidR="00B63834" w:rsidRDefault="00B63834">
      <w:pPr>
        <w:spacing w:after="80"/>
      </w:pPr>
    </w:p>
    <w:p w14:paraId="153D31A9" w14:textId="77777777" w:rsidR="007E1F52" w:rsidRDefault="007E1F52">
      <w:pPr>
        <w:spacing w:after="80"/>
      </w:pPr>
    </w:p>
    <w:p w14:paraId="04B0B3FC" w14:textId="77777777" w:rsidR="007E1F52" w:rsidRDefault="007E1F52">
      <w:pPr>
        <w:spacing w:after="80"/>
      </w:pPr>
    </w:p>
    <w:p w14:paraId="74A67FFF" w14:textId="77777777" w:rsidR="00B63834" w:rsidRDefault="00B63834">
      <w:pPr>
        <w:pBdr>
          <w:bottom w:val="single" w:sz="18" w:space="1" w:color="1B5E20"/>
        </w:pBdr>
        <w:spacing w:before="120" w:after="120"/>
      </w:pPr>
    </w:p>
    <w:p w14:paraId="328951E6" w14:textId="684473DE" w:rsidR="00B63834" w:rsidRPr="007E1F52" w:rsidRDefault="00000000">
      <w:pPr>
        <w:rPr>
          <w:i/>
          <w:iCs/>
        </w:rPr>
      </w:pPr>
      <w:r w:rsidRPr="007E1F52">
        <w:rPr>
          <w:i/>
          <w:iCs/>
        </w:rPr>
        <w:t xml:space="preserve">Table </w:t>
      </w:r>
      <w:r w:rsidR="007E1F52" w:rsidRPr="007E1F52">
        <w:rPr>
          <w:i/>
          <w:iCs/>
        </w:rPr>
        <w:fldChar w:fldCharType="begin"/>
      </w:r>
      <w:r w:rsidR="007E1F52" w:rsidRPr="007E1F52">
        <w:rPr>
          <w:i/>
          <w:iCs/>
        </w:rPr>
        <w:instrText xml:space="preserve"> SEQ tables </w:instrText>
      </w:r>
      <w:r w:rsidR="007E1F52" w:rsidRPr="007E1F52">
        <w:rPr>
          <w:i/>
          <w:iCs/>
        </w:rPr>
        <w:fldChar w:fldCharType="separate"/>
      </w:r>
      <w:r w:rsidR="007E1F52" w:rsidRPr="007E1F52">
        <w:rPr>
          <w:i/>
          <w:iCs/>
        </w:rPr>
        <w:fldChar w:fldCharType="end"/>
      </w:r>
      <w:r w:rsidR="007E1F52" w:rsidRPr="007E1F52">
        <w:rPr>
          <w:i/>
          <w:iCs/>
        </w:rPr>
        <w:t>:</w:t>
      </w:r>
      <w:r w:rsidRPr="007E1F52">
        <w:rPr>
          <w:i/>
          <w:iCs/>
        </w:rPr>
        <w:t xml:space="preserve"> [Table title]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168"/>
        <w:gridCol w:w="3096"/>
        <w:gridCol w:w="3096"/>
      </w:tblGrid>
      <w:tr w:rsidR="00B63834" w14:paraId="38AF4B64" w14:textId="77777777">
        <w:trPr>
          <w:jc w:val="center"/>
        </w:trPr>
        <w:tc>
          <w:tcPr>
            <w:tcW w:w="3168" w:type="dxa"/>
            <w:tcBorders>
              <w:top w:val="single" w:sz="6" w:space="0" w:color="1B5E20"/>
              <w:left w:val="single" w:sz="6" w:space="0" w:color="1B5E20"/>
              <w:bottom w:val="single" w:sz="6" w:space="0" w:color="1B5E20"/>
              <w:right w:val="single" w:sz="6" w:space="0" w:color="1B5E20"/>
            </w:tcBorders>
            <w:shd w:val="clear" w:color="auto" w:fill="1B5E20"/>
            <w:tcMar>
              <w:top w:w="150" w:type="dxa"/>
              <w:left w:w="150" w:type="dxa"/>
              <w:bottom w:w="150" w:type="dxa"/>
              <w:right w:w="150" w:type="dxa"/>
            </w:tcMar>
          </w:tcPr>
          <w:p w14:paraId="5917AC8F" w14:textId="77777777" w:rsidR="00B63834" w:rsidRDefault="00000000">
            <w:pPr>
              <w:pStyle w:val="CRTableHeader"/>
            </w:pPr>
            <w:r>
              <w:t>[Column]</w:t>
            </w:r>
          </w:p>
        </w:tc>
        <w:tc>
          <w:tcPr>
            <w:tcW w:w="3096" w:type="dxa"/>
            <w:tcBorders>
              <w:top w:val="single" w:sz="6" w:space="0" w:color="1B5E20"/>
              <w:left w:val="single" w:sz="6" w:space="0" w:color="1B5E20"/>
              <w:bottom w:val="single" w:sz="6" w:space="0" w:color="1B5E20"/>
              <w:right w:val="single" w:sz="6" w:space="0" w:color="1B5E20"/>
            </w:tcBorders>
            <w:shd w:val="clear" w:color="auto" w:fill="1B5E20"/>
            <w:tcMar>
              <w:top w:w="150" w:type="dxa"/>
              <w:left w:w="150" w:type="dxa"/>
              <w:bottom w:w="150" w:type="dxa"/>
              <w:right w:w="150" w:type="dxa"/>
            </w:tcMar>
          </w:tcPr>
          <w:p w14:paraId="7C43D924" w14:textId="77777777" w:rsidR="00B63834" w:rsidRDefault="00000000">
            <w:pPr>
              <w:pStyle w:val="CRTableHeader"/>
            </w:pPr>
            <w:r>
              <w:t>[Column]</w:t>
            </w:r>
          </w:p>
        </w:tc>
        <w:tc>
          <w:tcPr>
            <w:tcW w:w="3096" w:type="dxa"/>
            <w:tcBorders>
              <w:top w:val="single" w:sz="6" w:space="0" w:color="1B5E20"/>
              <w:left w:val="single" w:sz="6" w:space="0" w:color="1B5E20"/>
              <w:bottom w:val="single" w:sz="6" w:space="0" w:color="1B5E20"/>
              <w:right w:val="single" w:sz="6" w:space="0" w:color="1B5E20"/>
            </w:tcBorders>
            <w:shd w:val="clear" w:color="auto" w:fill="1B5E20"/>
            <w:tcMar>
              <w:top w:w="150" w:type="dxa"/>
              <w:left w:w="150" w:type="dxa"/>
              <w:bottom w:w="150" w:type="dxa"/>
              <w:right w:w="150" w:type="dxa"/>
            </w:tcMar>
          </w:tcPr>
          <w:p w14:paraId="51EE2932" w14:textId="77777777" w:rsidR="00B63834" w:rsidRDefault="00000000">
            <w:pPr>
              <w:pStyle w:val="CRTableHeader"/>
            </w:pPr>
            <w:r>
              <w:t>[Column]</w:t>
            </w:r>
          </w:p>
        </w:tc>
      </w:tr>
      <w:tr w:rsidR="00B63834" w14:paraId="1A320A5D" w14:textId="77777777">
        <w:trPr>
          <w:jc w:val="center"/>
        </w:trPr>
        <w:tc>
          <w:tcPr>
            <w:tcW w:w="3168"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37EC0835" w14:textId="77777777" w:rsidR="00B63834" w:rsidRDefault="00000000">
            <w:pPr>
              <w:pStyle w:val="CRTableText"/>
            </w:pPr>
            <w:r>
              <w:t>[Row]</w:t>
            </w:r>
          </w:p>
        </w:tc>
        <w:tc>
          <w:tcPr>
            <w:tcW w:w="3096"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75039AAA" w14:textId="77777777" w:rsidR="00B63834" w:rsidRDefault="00000000">
            <w:pPr>
              <w:pStyle w:val="CRTableText"/>
            </w:pPr>
            <w:r>
              <w:t>[Value]</w:t>
            </w:r>
          </w:p>
        </w:tc>
        <w:tc>
          <w:tcPr>
            <w:tcW w:w="3096" w:type="dxa"/>
            <w:tcBorders>
              <w:top w:val="single" w:sz="4" w:space="0" w:color="C9DFC9"/>
              <w:left w:val="single" w:sz="4" w:space="0" w:color="C9DFC9"/>
              <w:bottom w:val="single" w:sz="4" w:space="0" w:color="C9DFC9"/>
              <w:right w:val="single" w:sz="4" w:space="0" w:color="C9DFC9"/>
            </w:tcBorders>
            <w:tcMar>
              <w:top w:w="150" w:type="dxa"/>
              <w:left w:w="150" w:type="dxa"/>
              <w:bottom w:w="150" w:type="dxa"/>
              <w:right w:w="150" w:type="dxa"/>
            </w:tcMar>
          </w:tcPr>
          <w:p w14:paraId="26515B8D" w14:textId="77777777" w:rsidR="00B63834" w:rsidRDefault="00000000">
            <w:pPr>
              <w:pStyle w:val="CRTableText"/>
            </w:pPr>
            <w:r>
              <w:t>[Value]</w:t>
            </w:r>
          </w:p>
        </w:tc>
      </w:tr>
    </w:tbl>
    <w:p w14:paraId="0CC458F8" w14:textId="77777777" w:rsidR="00B63834" w:rsidRDefault="00000000">
      <w:pPr>
        <w:pStyle w:val="CRSources"/>
      </w:pPr>
      <w:r>
        <w:t>Sources: [Author or Website Name]. [Month Year]. “[Title of Article or Publication].” [Page or section number].</w:t>
      </w:r>
    </w:p>
    <w:p w14:paraId="09652EBA" w14:textId="77777777" w:rsidR="00B63834" w:rsidRDefault="00B63834">
      <w:pPr>
        <w:pBdr>
          <w:bottom w:val="single" w:sz="18" w:space="1" w:color="1B5E20"/>
        </w:pBdr>
        <w:spacing w:before="120" w:after="120"/>
      </w:pPr>
    </w:p>
    <w:p w14:paraId="539AB678" w14:textId="77777777" w:rsidR="007E1F52" w:rsidRDefault="007E1F52"/>
    <w:p w14:paraId="300D97C4" w14:textId="77777777" w:rsidR="007E1F52" w:rsidRDefault="007E1F52"/>
    <w:p w14:paraId="59F75427" w14:textId="77777777" w:rsidR="007E1F52" w:rsidRDefault="007E1F52" w:rsidP="007E1F52">
      <w:pPr>
        <w:pBdr>
          <w:bottom w:val="single" w:sz="18" w:space="1" w:color="1B5E20"/>
        </w:pBdr>
        <w:spacing w:before="120" w:after="120"/>
      </w:pPr>
    </w:p>
    <w:p w14:paraId="09BE533D" w14:textId="67F548EC" w:rsidR="00B63834" w:rsidRPr="007E1F52" w:rsidRDefault="00000000">
      <w:pPr>
        <w:rPr>
          <w:i/>
          <w:iCs/>
        </w:rPr>
      </w:pPr>
      <w:r w:rsidRPr="007E1F52">
        <w:rPr>
          <w:i/>
          <w:iCs/>
        </w:rPr>
        <w:t xml:space="preserve">Figure </w:t>
      </w:r>
      <w:r w:rsidR="007E1F52" w:rsidRPr="007E1F52">
        <w:rPr>
          <w:i/>
          <w:iCs/>
        </w:rPr>
        <w:fldChar w:fldCharType="begin"/>
      </w:r>
      <w:r w:rsidR="007E1F52" w:rsidRPr="007E1F52">
        <w:rPr>
          <w:i/>
          <w:iCs/>
        </w:rPr>
        <w:instrText xml:space="preserve"> SEQ boxes </w:instrText>
      </w:r>
      <w:r w:rsidR="007E1F52" w:rsidRPr="007E1F52">
        <w:rPr>
          <w:i/>
          <w:iCs/>
        </w:rPr>
        <w:fldChar w:fldCharType="separate"/>
      </w:r>
      <w:r w:rsidR="007E1F52" w:rsidRPr="007E1F52">
        <w:rPr>
          <w:i/>
          <w:iCs/>
        </w:rPr>
        <w:fldChar w:fldCharType="end"/>
      </w:r>
      <w:r w:rsidR="007E1F52" w:rsidRPr="007E1F52">
        <w:rPr>
          <w:i/>
          <w:iCs/>
        </w:rPr>
        <w:t>:</w:t>
      </w:r>
      <w:r w:rsidRPr="007E1F52">
        <w:rPr>
          <w:i/>
          <w:iCs/>
        </w:rPr>
        <w:t xml:space="preserve"> [Figure title]</w:t>
      </w:r>
    </w:p>
    <w:p w14:paraId="658C1171" w14:textId="77777777" w:rsidR="00B63834" w:rsidRDefault="00000000">
      <w:pPr>
        <w:spacing w:before="200"/>
        <w:jc w:val="center"/>
      </w:pPr>
      <w:r>
        <w:rPr>
          <w:i/>
          <w:color w:val="4E6B52"/>
          <w:sz w:val="22"/>
        </w:rPr>
        <w:t>[Insert chart, graph or photo here]</w:t>
      </w:r>
    </w:p>
    <w:p w14:paraId="4986046D" w14:textId="77777777" w:rsidR="00B63834" w:rsidRDefault="00000000">
      <w:pPr>
        <w:jc w:val="center"/>
      </w:pPr>
      <w:r>
        <w:rPr>
          <w:i/>
          <w:color w:val="4E6B52"/>
          <w:sz w:val="20"/>
        </w:rPr>
        <w:t>[Insert chart, graph or photo here.]</w:t>
      </w:r>
    </w:p>
    <w:p w14:paraId="3564A469" w14:textId="77777777" w:rsidR="00B63834" w:rsidRDefault="00000000">
      <w:pPr>
        <w:pStyle w:val="CRSources"/>
      </w:pPr>
      <w:r>
        <w:t>Sources: [Author or Website Name]. [Month Year]. “[Title of Article or Publication].” [Page or section number].</w:t>
      </w:r>
    </w:p>
    <w:p w14:paraId="71042FAD" w14:textId="77777777" w:rsidR="00B63834" w:rsidRDefault="00B63834">
      <w:pPr>
        <w:pBdr>
          <w:bottom w:val="single" w:sz="18" w:space="1" w:color="1B5E20"/>
        </w:pBdr>
        <w:spacing w:before="120" w:after="120"/>
      </w:pPr>
    </w:p>
    <w:sectPr w:rsidR="00B63834" w:rsidSect="00034616">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92FD71" w14:textId="77777777" w:rsidR="00781924" w:rsidRDefault="00781924">
      <w:pPr>
        <w:spacing w:after="0" w:line="240" w:lineRule="auto"/>
      </w:pPr>
      <w:r>
        <w:separator/>
      </w:r>
    </w:p>
  </w:endnote>
  <w:endnote w:type="continuationSeparator" w:id="0">
    <w:p w14:paraId="13632127" w14:textId="77777777" w:rsidR="00781924" w:rsidRDefault="00781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7BA608" w14:textId="77777777" w:rsidR="00C04D2B" w:rsidRDefault="00C04D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EC3CC0" w14:textId="77777777" w:rsidR="00B63834" w:rsidRDefault="00B63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A133B" w14:textId="77777777" w:rsidR="00C04D2B" w:rsidRDefault="00C04D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BAC52E" w14:textId="77777777" w:rsidR="00B63834" w:rsidRDefault="00B638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0283A3" w14:textId="77777777" w:rsidR="00B63834" w:rsidRDefault="00B6383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D2E2B8" w14:textId="77777777" w:rsidR="00B63834" w:rsidRDefault="00000000">
    <w:pPr>
      <w:pStyle w:val="Footer"/>
      <w:jc w:val="center"/>
    </w:pP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9BBB38" w14:textId="77777777" w:rsidR="00781924" w:rsidRDefault="00781924">
      <w:pPr>
        <w:spacing w:after="0" w:line="240" w:lineRule="auto"/>
      </w:pPr>
      <w:r>
        <w:separator/>
      </w:r>
    </w:p>
  </w:footnote>
  <w:footnote w:type="continuationSeparator" w:id="0">
    <w:p w14:paraId="1B1DEF3A" w14:textId="77777777" w:rsidR="00781924" w:rsidRDefault="00781924">
      <w:pPr>
        <w:spacing w:after="0" w:line="240" w:lineRule="auto"/>
      </w:pPr>
      <w:r>
        <w:continuationSeparator/>
      </w:r>
    </w:p>
  </w:footnote>
  <w:footnote w:id="1">
    <w:p w14:paraId="25FD6EC4" w14:textId="77777777" w:rsidR="00B63834" w:rsidRDefault="00000000">
      <w:pPr>
        <w:pStyle w:val="FootnoteText"/>
      </w:pPr>
      <w:r>
        <w:footnoteRef/>
      </w:r>
      <w:r>
        <w:t xml:space="preserve"> [Author or Website Name]. [Month Year]. “[Title of the Article or Publication].” </w:t>
      </w:r>
      <w:hyperlink r:id="rId1" w:history="1">
        <w:r>
          <w:t>[Link]</w:t>
        </w:r>
      </w:hyperlink>
      <w:r>
        <w:t>. [Page or section number].</w:t>
      </w:r>
      <w:r>
        <w:rPr>
          <w:i/>
        </w:rPr>
        <w:t xml:space="preserve">  For example: </w:t>
      </w:r>
      <w:r>
        <w:t xml:space="preserve">UNHCR. June 2025. “Global Trends Report 2025.” </w:t>
      </w:r>
      <w:hyperlink r:id="rId2" w:history="1">
        <w:r>
          <w:t>Link</w:t>
        </w:r>
      </w:hyperlink>
      <w:r>
        <w:t>. p. 12.</w:t>
      </w:r>
    </w:p>
  </w:footnote>
  <w:footnote w:id="2">
    <w:p w14:paraId="068F2A53" w14:textId="77777777" w:rsidR="00B63834" w:rsidRDefault="00000000">
      <w:pPr>
        <w:pStyle w:val="FootnoteText"/>
      </w:pPr>
      <w:r>
        <w:footnoteRef/>
      </w:r>
      <w:r>
        <w:t xml:space="preserve"> [Author or Website Name]. [Month Year]. “[Title of the Article or Publication].” </w:t>
      </w:r>
      <w:hyperlink r:id="rId3" w:history="1">
        <w:r>
          <w:t>[Link]</w:t>
        </w:r>
      </w:hyperlink>
      <w:r>
        <w:t>. [Page or section number].</w:t>
      </w:r>
      <w:r>
        <w:rPr>
          <w:i/>
        </w:rPr>
        <w:t xml:space="preserve">  For example: </w:t>
      </w:r>
      <w:r>
        <w:t xml:space="preserve">UNHCR. June 2025. “Global Trends Report 2025.” </w:t>
      </w:r>
      <w:hyperlink r:id="rId4" w:history="1">
        <w:r>
          <w:t>Link</w:t>
        </w:r>
      </w:hyperlink>
      <w:r>
        <w:t>. p. 12.</w:t>
      </w:r>
    </w:p>
  </w:footnote>
  <w:footnote w:id="3">
    <w:p w14:paraId="3D5772D1" w14:textId="77777777" w:rsidR="00B63834" w:rsidRDefault="00000000">
      <w:pPr>
        <w:pStyle w:val="FootnoteText"/>
      </w:pPr>
      <w:r>
        <w:footnoteRef/>
      </w:r>
      <w:r>
        <w:t xml:space="preserve"> [Author or Website Name]. [Month Year]. “[Title of the Article or Publication].” </w:t>
      </w:r>
      <w:hyperlink r:id="rId5" w:history="1">
        <w:r>
          <w:t>[Link]</w:t>
        </w:r>
      </w:hyperlink>
      <w:r>
        <w:t>. [Page or section number].</w:t>
      </w:r>
      <w:r>
        <w:rPr>
          <w:i/>
        </w:rPr>
        <w:t xml:space="preserve">  For example: </w:t>
      </w:r>
      <w:r>
        <w:t xml:space="preserve">UNHCR. June 2025. “Global Trends Report 2025.” </w:t>
      </w:r>
      <w:hyperlink r:id="rId6" w:history="1">
        <w:r>
          <w:t>Link</w:t>
        </w:r>
      </w:hyperlink>
      <w:r>
        <w:t>. p. 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DCA37C" w14:textId="77777777" w:rsidR="00C04D2B" w:rsidRDefault="00C04D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3C4CC6" w14:textId="77777777" w:rsidR="00C04D2B" w:rsidRDefault="00C04D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F3CDE9" w14:textId="77777777" w:rsidR="00C04D2B" w:rsidRDefault="00C04D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5807E8E"/>
    <w:multiLevelType w:val="hybridMultilevel"/>
    <w:tmpl w:val="E88A96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06A52"/>
    <w:multiLevelType w:val="multilevel"/>
    <w:tmpl w:val="71704D32"/>
    <w:lvl w:ilvl="0">
      <w:start w:val="1"/>
      <w:numFmt w:val="bullet"/>
      <w:pStyle w:val="Bulletlist1"/>
      <w:lvlText w:val=""/>
      <w:lvlJc w:val="left"/>
      <w:pPr>
        <w:ind w:left="759" w:hanging="360"/>
      </w:pPr>
      <w:rPr>
        <w:rFonts w:ascii="Wingdings" w:hAnsi="Wingdings" w:hint="default"/>
      </w:rPr>
    </w:lvl>
    <w:lvl w:ilvl="1">
      <w:start w:val="1"/>
      <w:numFmt w:val="bullet"/>
      <w:pStyle w:val="Bulletlist2"/>
      <w:lvlText w:val="–"/>
      <w:lvlJc w:val="left"/>
      <w:pPr>
        <w:ind w:left="1479" w:hanging="360"/>
      </w:pPr>
      <w:rPr>
        <w:rFonts w:ascii="Courier New" w:hAnsi="Courier New" w:hint="default"/>
      </w:rPr>
    </w:lvl>
    <w:lvl w:ilvl="2">
      <w:start w:val="1"/>
      <w:numFmt w:val="bullet"/>
      <w:pStyle w:val="Bulletlist3"/>
      <w:lvlText w:val="o"/>
      <w:lvlJc w:val="left"/>
      <w:pPr>
        <w:ind w:left="2199" w:hanging="360"/>
      </w:pPr>
      <w:rPr>
        <w:rFonts w:ascii="Courier New" w:hAnsi="Courier New" w:hint="default"/>
      </w:rPr>
    </w:lvl>
    <w:lvl w:ilvl="3">
      <w:start w:val="1"/>
      <w:numFmt w:val="bullet"/>
      <w:pStyle w:val="Bulletlist4"/>
      <w:lvlText w:val=""/>
      <w:lvlJc w:val="left"/>
      <w:pPr>
        <w:ind w:left="2919" w:hanging="360"/>
      </w:pPr>
      <w:rPr>
        <w:rFonts w:ascii="Symbol" w:hAnsi="Symbol" w:hint="default"/>
      </w:rPr>
    </w:lvl>
    <w:lvl w:ilvl="4">
      <w:start w:val="1"/>
      <w:numFmt w:val="bullet"/>
      <w:lvlText w:val="o"/>
      <w:lvlJc w:val="left"/>
      <w:pPr>
        <w:ind w:left="3639" w:hanging="360"/>
      </w:pPr>
      <w:rPr>
        <w:rFonts w:ascii="Courier New" w:hAnsi="Courier New" w:hint="default"/>
      </w:rPr>
    </w:lvl>
    <w:lvl w:ilvl="5">
      <w:start w:val="1"/>
      <w:numFmt w:val="bullet"/>
      <w:lvlText w:val=""/>
      <w:lvlJc w:val="left"/>
      <w:pPr>
        <w:ind w:left="4359" w:hanging="360"/>
      </w:pPr>
      <w:rPr>
        <w:rFonts w:ascii="Wingdings" w:hAnsi="Wingdings" w:hint="default"/>
      </w:rPr>
    </w:lvl>
    <w:lvl w:ilvl="6">
      <w:start w:val="1"/>
      <w:numFmt w:val="bullet"/>
      <w:lvlText w:val=""/>
      <w:lvlJc w:val="left"/>
      <w:pPr>
        <w:ind w:left="5079" w:hanging="360"/>
      </w:pPr>
      <w:rPr>
        <w:rFonts w:ascii="Symbol" w:hAnsi="Symbol" w:hint="default"/>
      </w:rPr>
    </w:lvl>
    <w:lvl w:ilvl="7">
      <w:start w:val="1"/>
      <w:numFmt w:val="bullet"/>
      <w:lvlText w:val="o"/>
      <w:lvlJc w:val="left"/>
      <w:pPr>
        <w:ind w:left="5799" w:hanging="360"/>
      </w:pPr>
      <w:rPr>
        <w:rFonts w:ascii="Courier New" w:hAnsi="Courier New" w:cs="Courier New" w:hint="default"/>
      </w:rPr>
    </w:lvl>
    <w:lvl w:ilvl="8">
      <w:start w:val="1"/>
      <w:numFmt w:val="bullet"/>
      <w:lvlText w:val=""/>
      <w:lvlJc w:val="left"/>
      <w:pPr>
        <w:ind w:left="6519" w:hanging="360"/>
      </w:pPr>
      <w:rPr>
        <w:rFonts w:ascii="Wingdings" w:hAnsi="Wingdings" w:hint="default"/>
      </w:rPr>
    </w:lvl>
  </w:abstractNum>
  <w:abstractNum w:abstractNumId="11" w15:restartNumberingAfterBreak="0">
    <w:nsid w:val="1E683BDD"/>
    <w:multiLevelType w:val="multilevel"/>
    <w:tmpl w:val="3B48B94C"/>
    <w:styleLink w:val="Style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Courier New" w:hAnsi="Courier New" w:hint="default"/>
      </w:rPr>
    </w:lvl>
    <w:lvl w:ilvl="2">
      <w:start w:val="1"/>
      <w:numFmt w:val="bullet"/>
      <w:lvlText w:val="o"/>
      <w:lvlJc w:val="left"/>
      <w:pPr>
        <w:ind w:left="216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B7C75D5"/>
    <w:multiLevelType w:val="multilevel"/>
    <w:tmpl w:val="80D8602A"/>
    <w:styleLink w:val="Bullet2"/>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Courier New" w:hAnsi="Courier New" w:hint="default"/>
      </w:rPr>
    </w:lvl>
    <w:lvl w:ilvl="2">
      <w:start w:val="1"/>
      <w:numFmt w:val="bullet"/>
      <w:lvlText w:val="o"/>
      <w:lvlJc w:val="left"/>
      <w:pPr>
        <w:ind w:left="216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A3A2696"/>
    <w:multiLevelType w:val="multilevel"/>
    <w:tmpl w:val="DE2E2AB2"/>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Courier New" w:hAnsi="Courier New" w:hint="default"/>
      </w:rPr>
    </w:lvl>
    <w:lvl w:ilvl="2">
      <w:start w:val="1"/>
      <w:numFmt w:val="bullet"/>
      <w:lvlText w:val="o"/>
      <w:lvlJc w:val="left"/>
      <w:pPr>
        <w:ind w:left="216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98138733">
    <w:abstractNumId w:val="8"/>
  </w:num>
  <w:num w:numId="2" w16cid:durableId="1144007886">
    <w:abstractNumId w:val="6"/>
  </w:num>
  <w:num w:numId="3" w16cid:durableId="1195196893">
    <w:abstractNumId w:val="5"/>
  </w:num>
  <w:num w:numId="4" w16cid:durableId="780078102">
    <w:abstractNumId w:val="4"/>
  </w:num>
  <w:num w:numId="5" w16cid:durableId="1448810608">
    <w:abstractNumId w:val="7"/>
  </w:num>
  <w:num w:numId="6" w16cid:durableId="863133041">
    <w:abstractNumId w:val="3"/>
  </w:num>
  <w:num w:numId="7" w16cid:durableId="959847641">
    <w:abstractNumId w:val="2"/>
  </w:num>
  <w:num w:numId="8" w16cid:durableId="2111118229">
    <w:abstractNumId w:val="1"/>
  </w:num>
  <w:num w:numId="9" w16cid:durableId="1947418850">
    <w:abstractNumId w:val="0"/>
  </w:num>
  <w:num w:numId="10" w16cid:durableId="837890962">
    <w:abstractNumId w:val="9"/>
  </w:num>
  <w:num w:numId="11" w16cid:durableId="1878666434">
    <w:abstractNumId w:val="13"/>
  </w:num>
  <w:num w:numId="12" w16cid:durableId="1607729655">
    <w:abstractNumId w:val="11"/>
  </w:num>
  <w:num w:numId="13" w16cid:durableId="1262684628">
    <w:abstractNumId w:val="12"/>
  </w:num>
  <w:num w:numId="14" w16cid:durableId="1036468769">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52"/>
    <w:rsid w:val="00034616"/>
    <w:rsid w:val="0006063C"/>
    <w:rsid w:val="000D2913"/>
    <w:rsid w:val="0015074B"/>
    <w:rsid w:val="0029639D"/>
    <w:rsid w:val="00326F90"/>
    <w:rsid w:val="004A6FB1"/>
    <w:rsid w:val="00575058"/>
    <w:rsid w:val="00600F04"/>
    <w:rsid w:val="00622619"/>
    <w:rsid w:val="00665E68"/>
    <w:rsid w:val="00781924"/>
    <w:rsid w:val="007E1F52"/>
    <w:rsid w:val="009C6D41"/>
    <w:rsid w:val="00AA1D8D"/>
    <w:rsid w:val="00B47730"/>
    <w:rsid w:val="00B63834"/>
    <w:rsid w:val="00C04D2B"/>
    <w:rsid w:val="00CB0664"/>
    <w:rsid w:val="00CE05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72236E"/>
  <w14:defaultImageDpi w14:val="300"/>
  <w15:docId w15:val="{06ACD103-4AFF-A348-9D81-2F1AAE9D3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88" w:lineRule="auto"/>
    </w:pPr>
    <w:rPr>
      <w:rFonts w:ascii="Calibri" w:hAnsi="Calibri" w:cs="Calibri"/>
      <w:color w:val="1A1A1A"/>
      <w:sz w:val="24"/>
    </w:rPr>
  </w:style>
  <w:style w:type="paragraph" w:styleId="Heading1">
    <w:name w:val="heading 1"/>
    <w:basedOn w:val="Normal"/>
    <w:next w:val="Normal"/>
    <w:link w:val="Heading1Char"/>
    <w:uiPriority w:val="9"/>
    <w:qFormat/>
    <w:rsid w:val="00FC693F"/>
    <w:pPr>
      <w:keepNext/>
      <w:keepLines/>
      <w:pBdr>
        <w:bottom w:val="single" w:sz="6" w:space="4" w:color="7FBF84"/>
      </w:pBdr>
      <w:spacing w:before="560"/>
      <w:outlineLvl w:val="0"/>
    </w:pPr>
    <w:rPr>
      <w:rFonts w:asciiTheme="majorHAnsi" w:eastAsiaTheme="majorEastAsia" w:hAnsiTheme="majorHAnsi" w:cstheme="majorBidi"/>
      <w:b/>
      <w:bCs/>
      <w:color w:val="1B5E20"/>
      <w:sz w:val="40"/>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b/>
      <w:bCs/>
      <w:color w:val="3F8F44"/>
      <w:sz w:val="30"/>
      <w:szCs w:val="26"/>
    </w:rPr>
  </w:style>
  <w:style w:type="paragraph" w:styleId="Heading3">
    <w:name w:val="heading 3"/>
    <w:basedOn w:val="Normal"/>
    <w:next w:val="Normal"/>
    <w:link w:val="Heading3Char"/>
    <w:uiPriority w:val="9"/>
    <w:unhideWhenUsed/>
    <w:qFormat/>
    <w:rsid w:val="009C6D41"/>
    <w:pPr>
      <w:keepNext/>
      <w:keepLines/>
      <w:spacing w:before="280" w:after="120"/>
      <w:outlineLvl w:val="2"/>
    </w:pPr>
    <w:rPr>
      <w:rFonts w:asciiTheme="majorHAnsi" w:eastAsiaTheme="majorEastAsia" w:hAnsiTheme="majorHAnsi" w:cstheme="majorBidi"/>
      <w:b/>
      <w:bCs/>
      <w:color w:val="7F7F7F" w:themeColor="text1" w:themeTint="80"/>
      <w:sz w:val="26"/>
    </w:rPr>
  </w:style>
  <w:style w:type="paragraph" w:styleId="Heading4">
    <w:name w:val="heading 4"/>
    <w:basedOn w:val="Heading5"/>
    <w:next w:val="Normal"/>
    <w:link w:val="Heading4Char"/>
    <w:uiPriority w:val="9"/>
    <w:semiHidden/>
    <w:unhideWhenUsed/>
    <w:qFormat/>
    <w:rsid w:val="009C6D41"/>
    <w:pPr>
      <w:spacing w:before="240" w:after="120"/>
      <w:outlineLvl w:val="3"/>
    </w:pPr>
    <w:rPr>
      <w:rFonts w:cs="Times New Roman (Headings CS)"/>
      <w:b/>
      <w:bCs/>
      <w:iCs/>
      <w:color w:val="5A5A5A"/>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customStyle="1" w:styleId="Bulletlist2">
    <w:name w:val="Bullet list 2"/>
    <w:basedOn w:val="Bulletlist1"/>
    <w:qFormat/>
    <w:rsid w:val="00665E68"/>
    <w:pPr>
      <w:numPr>
        <w:ilvl w:val="1"/>
      </w:numPr>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6D41"/>
    <w:rPr>
      <w:rFonts w:asciiTheme="majorHAnsi" w:eastAsiaTheme="majorEastAsia" w:hAnsiTheme="majorHAnsi" w:cstheme="majorBidi"/>
      <w:b/>
      <w:bCs/>
      <w:color w:val="7F7F7F" w:themeColor="text1" w:themeTint="80"/>
      <w:sz w:val="26"/>
    </w:rPr>
  </w:style>
  <w:style w:type="paragraph" w:customStyle="1" w:styleId="Bulletlist3">
    <w:name w:val="Bullet list 3"/>
    <w:basedOn w:val="Bulletlist1"/>
    <w:qFormat/>
    <w:rsid w:val="00665E68"/>
    <w:pPr>
      <w:numPr>
        <w:ilvl w:val="2"/>
      </w:numPr>
    </w:pPr>
  </w:style>
  <w:style w:type="paragraph" w:customStyle="1" w:styleId="Bulletlist4">
    <w:name w:val="Bullet list 4"/>
    <w:basedOn w:val="Bulletlist1"/>
    <w:qFormat/>
    <w:rsid w:val="00665E68"/>
    <w:pPr>
      <w:numPr>
        <w:ilvl w:val="3"/>
      </w:numPr>
    </w:pPr>
  </w:style>
  <w:style w:type="paragraph" w:customStyle="1" w:styleId="CRFrontHeading">
    <w:name w:val="CR Front Heading"/>
    <w:basedOn w:val="Normal"/>
    <w:qFormat/>
    <w:rsid w:val="00665E68"/>
    <w:pPr>
      <w:spacing w:after="280"/>
    </w:pPr>
    <w:rPr>
      <w:b/>
      <w:color w:val="1B5E20"/>
      <w:sz w:val="32"/>
    </w:rPr>
  </w:style>
  <w:style w:type="paragraph" w:styleId="TOC1">
    <w:name w:val="toc 1"/>
    <w:basedOn w:val="Normal"/>
    <w:next w:val="Normal"/>
    <w:autoRedefine/>
    <w:uiPriority w:val="39"/>
    <w:unhideWhenUsed/>
    <w:rsid w:val="00622619"/>
    <w:pPr>
      <w:spacing w:after="100"/>
    </w:pPr>
  </w:style>
  <w:style w:type="paragraph" w:styleId="ListParagraph">
    <w:name w:val="List Paragraph"/>
    <w:basedOn w:val="Normal"/>
    <w:uiPriority w:val="34"/>
    <w:rsid w:val="00FC693F"/>
    <w:pPr>
      <w:ind w:left="720"/>
      <w:contextualSpacing/>
    </w:pPr>
  </w:style>
  <w:style w:type="paragraph" w:styleId="TOC2">
    <w:name w:val="toc 2"/>
    <w:basedOn w:val="Normal"/>
    <w:next w:val="Normal"/>
    <w:autoRedefine/>
    <w:uiPriority w:val="39"/>
    <w:unhideWhenUsed/>
    <w:rsid w:val="00622619"/>
    <w:pPr>
      <w:spacing w:after="100"/>
      <w:ind w:left="240"/>
    </w:pPr>
  </w:style>
  <w:style w:type="paragraph" w:styleId="TOC3">
    <w:name w:val="toc 3"/>
    <w:basedOn w:val="Normal"/>
    <w:next w:val="Normal"/>
    <w:autoRedefine/>
    <w:uiPriority w:val="39"/>
    <w:unhideWhenUsed/>
    <w:rsid w:val="00622619"/>
    <w:pPr>
      <w:spacing w:after="100"/>
      <w:ind w:left="480"/>
    </w:pPr>
  </w:style>
  <w:style w:type="character" w:styleId="Hyperlink">
    <w:name w:val="Hyperlink"/>
    <w:basedOn w:val="DefaultParagraphFont"/>
    <w:uiPriority w:val="99"/>
    <w:unhideWhenUsed/>
    <w:rsid w:val="00622619"/>
    <w:rPr>
      <w:color w:val="0000FF" w:themeColor="hyperlink"/>
      <w:u w:val="single"/>
    </w:rPr>
  </w:style>
  <w:style w:type="paragraph" w:styleId="Title">
    <w:name w:val="Title"/>
    <w:basedOn w:val="Normal"/>
    <w:next w:val="Normal"/>
    <w:link w:val="TitleChar"/>
    <w:uiPriority w:val="10"/>
    <w:qFormat/>
    <w:rsid w:val="00622619"/>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22619"/>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9C6D41"/>
    <w:rPr>
      <w:rFonts w:asciiTheme="majorHAnsi" w:eastAsiaTheme="majorEastAsia" w:hAnsiTheme="majorHAnsi" w:cs="Times New Roman (Headings CS)"/>
      <w:b/>
      <w:bCs/>
      <w:iCs/>
      <w:color w:val="5A5A5A"/>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rsid w:val="00FC693F"/>
    <w:rPr>
      <w:b/>
      <w:bCs/>
    </w:rPr>
  </w:style>
  <w:style w:type="character" w:styleId="Emphasis">
    <w:name w:val="Emphasis"/>
    <w:basedOn w:val="DefaultParagraphFont"/>
    <w:uiPriority w:val="20"/>
    <w:rsid w:val="00FC693F"/>
    <w:rPr>
      <w:i/>
      <w:iCs/>
    </w:rPr>
  </w:style>
  <w:style w:type="character" w:styleId="IntenseEmphasis">
    <w:name w:val="Intense Emphasis"/>
    <w:basedOn w:val="DefaultParagraphFont"/>
    <w:uiPriority w:val="21"/>
    <w:rsid w:val="00FC693F"/>
    <w:rPr>
      <w:b/>
      <w:bCs/>
      <w:i/>
      <w:iCs/>
      <w:color w:val="4F81BD" w:themeColor="accent1"/>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RBoxHeading">
    <w:name w:val="CR Box Heading"/>
    <w:basedOn w:val="Normal"/>
    <w:qFormat/>
    <w:pPr>
      <w:spacing w:after="80"/>
    </w:pPr>
    <w:rPr>
      <w:b/>
      <w:color w:val="1B5E20"/>
    </w:rPr>
  </w:style>
  <w:style w:type="paragraph" w:customStyle="1" w:styleId="CRBoxText">
    <w:name w:val="CR Box Text"/>
    <w:basedOn w:val="Normal"/>
    <w:qFormat/>
    <w:pPr>
      <w:spacing w:after="120"/>
    </w:pPr>
    <w:rPr>
      <w:sz w:val="22"/>
    </w:rPr>
  </w:style>
  <w:style w:type="paragraph" w:customStyle="1" w:styleId="CRTableText">
    <w:name w:val="CR Table Text"/>
    <w:basedOn w:val="Normal"/>
    <w:qFormat/>
    <w:pPr>
      <w:spacing w:after="0"/>
    </w:pPr>
    <w:rPr>
      <w:sz w:val="22"/>
    </w:rPr>
  </w:style>
  <w:style w:type="paragraph" w:customStyle="1" w:styleId="CRTableHeader">
    <w:name w:val="CR Table Header"/>
    <w:basedOn w:val="Normal"/>
    <w:qFormat/>
    <w:pPr>
      <w:spacing w:after="0"/>
    </w:pPr>
    <w:rPr>
      <w:b/>
      <w:color w:val="FFFFFF"/>
      <w:sz w:val="22"/>
    </w:rPr>
  </w:style>
  <w:style w:type="paragraph" w:customStyle="1" w:styleId="CRSources">
    <w:name w:val="CR Sources"/>
    <w:basedOn w:val="Normal"/>
    <w:qFormat/>
    <w:pPr>
      <w:spacing w:before="80" w:after="40"/>
    </w:pPr>
    <w:rPr>
      <w:i/>
      <w:color w:val="5A5A5A"/>
      <w:sz w:val="18"/>
    </w:rPr>
  </w:style>
  <w:style w:type="paragraph" w:customStyle="1" w:styleId="CRTitleGreen">
    <w:name w:val="CR Title Green"/>
    <w:basedOn w:val="Normal"/>
    <w:rPr>
      <w:b/>
      <w:color w:val="1B5E20"/>
      <w:sz w:val="60"/>
    </w:rPr>
  </w:style>
  <w:style w:type="paragraph" w:styleId="FootnoteText">
    <w:name w:val="footnote text"/>
    <w:basedOn w:val="Normal"/>
    <w:pPr>
      <w:spacing w:after="0" w:line="240" w:lineRule="auto"/>
    </w:pPr>
    <w:rPr>
      <w:sz w:val="18"/>
      <w:szCs w:val="18"/>
    </w:rPr>
  </w:style>
  <w:style w:type="numbering" w:customStyle="1" w:styleId="Style1">
    <w:name w:val="Style1"/>
    <w:basedOn w:val="NoList"/>
    <w:uiPriority w:val="99"/>
    <w:rsid w:val="009C6D41"/>
    <w:pPr>
      <w:numPr>
        <w:numId w:val="12"/>
      </w:numPr>
    </w:pPr>
  </w:style>
  <w:style w:type="paragraph" w:customStyle="1" w:styleId="Bulletlist1">
    <w:name w:val="Bullet list 1"/>
    <w:basedOn w:val="ListParagraph"/>
    <w:rsid w:val="004A6FB1"/>
    <w:pPr>
      <w:numPr>
        <w:numId w:val="14"/>
      </w:numPr>
    </w:pPr>
  </w:style>
  <w:style w:type="numbering" w:customStyle="1" w:styleId="Bullet2">
    <w:name w:val="Bullet 2"/>
    <w:basedOn w:val="NoList"/>
    <w:uiPriority w:val="99"/>
    <w:rsid w:val="004A6FB1"/>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xample.com/replace-with-your-source-url" TargetMode="External"/><Relationship Id="rId2" Type="http://schemas.openxmlformats.org/officeDocument/2006/relationships/hyperlink" Target="https://example.com/replace-with-your-source-url" TargetMode="External"/><Relationship Id="rId1" Type="http://schemas.openxmlformats.org/officeDocument/2006/relationships/hyperlink" Target="https://example.com/replace-with-your-source-url" TargetMode="External"/><Relationship Id="rId6" Type="http://schemas.openxmlformats.org/officeDocument/2006/relationships/hyperlink" Target="https://example.com/replace-with-your-source-url" TargetMode="External"/><Relationship Id="rId5" Type="http://schemas.openxmlformats.org/officeDocument/2006/relationships/hyperlink" Target="https://example.com/replace-with-your-source-url" TargetMode="External"/><Relationship Id="rId4" Type="http://schemas.openxmlformats.org/officeDocument/2006/relationships/hyperlink" Target="https://example.com/replace-with-your-source-ur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threyakannan/Desktop/Chronocept%20Revolutions%20Website/Video%20ideas/Chronocept%20Revolutions%20-%20CR%20Submiss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Chronocept Revolutions - CR Submission Template.dotx</Template>
  <TotalTime>102</TotalTime>
  <Pages>10</Pages>
  <Words>1227</Words>
  <Characters>5980</Characters>
  <Application>Microsoft Office Word</Application>
  <DocSecurity>0</DocSecurity>
  <Lines>170</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generated by python-docx</dc:description>
  <cp:lastModifiedBy>athreya kannan</cp:lastModifiedBy>
  <cp:revision>2</cp:revision>
  <dcterms:created xsi:type="dcterms:W3CDTF">2026-08-21T19:31:00Z</dcterms:created>
  <dcterms:modified xsi:type="dcterms:W3CDTF">2026-08-28T16:04:00Z</dcterms:modified>
  <cp:category/>
</cp:coreProperties>
</file>